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br/>
      </w:r>
      <w:r>
        <w:rPr>
          <w:b/>
          <w:color w:val="1F4E79"/>
          <w:sz w:val="52"/>
        </w:rPr>
        <w:t>MERCIA SPORTS</w:t>
        <w:br/>
        <w:t>DEVELOPMENT FOOTBALL CLUB</w:t>
      </w:r>
    </w:p>
    <w:p>
      <w:pPr>
        <w:jc w:val="center"/>
      </w:pPr>
      <w:r>
        <w:rPr>
          <w:b/>
          <w:sz w:val="32"/>
        </w:rPr>
        <w:t>OFFICIAL ADMINISTRATIVE FORMS &amp; OPERATIONS PACK</w:t>
      </w:r>
    </w:p>
    <w:p>
      <w:pPr>
        <w:jc w:val="center"/>
      </w:pPr>
      <w:r>
        <w:br/>
        <w:t>Main Base: Imo State, Nigeria</w:t>
        <w:br/>
        <w:t>Affiliate: Asaba, Delta State</w:t>
        <w:br/>
        <w:t>Age Groups: All age groups — youth and senior</w:t>
        <w:br/>
        <w:br/>
      </w:r>
      <w:r>
        <w:rPr>
          <w:i/>
          <w:sz w:val="24"/>
        </w:rPr>
        <w:t>Proposed Motto: Discovering Talent, Developing Champions</w:t>
      </w:r>
    </w:p>
    <w:p>
      <w:pPr>
        <w:jc w:val="center"/>
      </w:pPr>
      <w:r>
        <w:br/>
        <w:t>Registration and subscription fees: TO BE DETERMINED BY CLUB MANAGEMENT</w:t>
        <w:br/>
        <w:br/>
      </w:r>
      <w:r>
        <w:t>Version 1.0 | Prepared October 2026</w:t>
      </w:r>
    </w:p>
    <w:p>
      <w:r>
        <w:br w:type="page"/>
      </w:r>
    </w:p>
    <w:p>
      <w:pPr>
        <w:pStyle w:val="Heading1"/>
      </w:pPr>
      <w:r>
        <w:t>HOW TO USE THIS PACK</w:t>
      </w:r>
    </w:p>
    <w:p>
      <w:r>
        <w:t>This pack is a practical starting template for a football academy and multi-level sports development club. Complete only the fields relevant to each person or activity. Keep player, medical, safeguarding, and financial records securely, restrict access to authorised staff, and retain records only as long as reasonably necessary.</w:t>
      </w:r>
    </w:p>
    <w:p>
      <w:r>
        <w:t>Fees have intentionally been left blank for club management to approve. Do not collect or publish a fee until it has been formally approved and communicated.</w:t>
      </w:r>
    </w:p>
    <w:p>
      <w:r>
        <w:t>For minors, obtain a parent/guardian signature where indicated. Medical information should be shared only with staff who need it for player safety. A consent form is not a substitute for emergency services or professional medical care.</w:t>
      </w:r>
    </w:p>
    <w:p>
      <w:r>
        <w:t>The Asaba affiliate should use the same forms and standards as the main base, while keeping a local register of its players, staff, equipment, incidents, and finances. Any formal player registration, transfer, competition entry, or affiliation must comply with the rules of the relevant football authority.</w:t>
      </w:r>
    </w:p>
    <w:p>
      <w:pPr>
        <w:pStyle w:val="Heading1"/>
      </w:pPr>
      <w:r>
        <w:t>DOCUMENT INDEX</w:t>
      </w:r>
    </w:p>
    <w:p>
      <w:pPr>
        <w:pStyle w:val="ListBullet"/>
      </w:pPr>
      <w:r>
        <w:t>F01 Player Registration Form</w:t>
      </w:r>
    </w:p>
    <w:p>
      <w:pPr>
        <w:pStyle w:val="ListBullet"/>
      </w:pPr>
      <w:r>
        <w:t>F02 Academy Admission Form</w:t>
      </w:r>
    </w:p>
    <w:p>
      <w:pPr>
        <w:pStyle w:val="ListBullet"/>
      </w:pPr>
      <w:r>
        <w:t>F03 Parent/Guardian Consent Form</w:t>
      </w:r>
    </w:p>
    <w:p>
      <w:pPr>
        <w:pStyle w:val="ListBullet"/>
      </w:pPr>
      <w:r>
        <w:t>F04 Medical Information &amp; Emergency Contact Form</w:t>
      </w:r>
    </w:p>
    <w:p>
      <w:pPr>
        <w:pStyle w:val="ListBullet"/>
      </w:pPr>
      <w:r>
        <w:t>F05 Player Code of Conduct Acknowledgement</w:t>
      </w:r>
    </w:p>
    <w:p>
      <w:pPr>
        <w:pStyle w:val="ListBullet"/>
      </w:pPr>
      <w:r>
        <w:t>F06 Player Attendance Register</w:t>
      </w:r>
    </w:p>
    <w:p>
      <w:pPr>
        <w:pStyle w:val="ListBullet"/>
      </w:pPr>
      <w:r>
        <w:t>F07 Player Assessment &amp; Development Form</w:t>
      </w:r>
    </w:p>
    <w:p>
      <w:pPr>
        <w:pStyle w:val="ListBullet"/>
      </w:pPr>
      <w:r>
        <w:t>F08 Player Progress Report</w:t>
      </w:r>
    </w:p>
    <w:p>
      <w:pPr>
        <w:pStyle w:val="ListBullet"/>
      </w:pPr>
      <w:r>
        <w:t>F09 Trial &amp; Talent Identification Form</w:t>
      </w:r>
    </w:p>
    <w:p>
      <w:pPr>
        <w:pStyle w:val="ListBullet"/>
      </w:pPr>
      <w:r>
        <w:t>F10 Player Release / Transfer Checklist</w:t>
      </w:r>
    </w:p>
    <w:p>
      <w:pPr>
        <w:pStyle w:val="ListBullet"/>
      </w:pPr>
      <w:r>
        <w:t>F11 Coach &amp; Technical Staff Registration Form</w:t>
      </w:r>
    </w:p>
    <w:p>
      <w:pPr>
        <w:pStyle w:val="ListBullet"/>
      </w:pPr>
      <w:r>
        <w:t>F12 Training Session Plan &amp; Report</w:t>
      </w:r>
    </w:p>
    <w:p>
      <w:pPr>
        <w:pStyle w:val="ListBullet"/>
      </w:pPr>
      <w:r>
        <w:t>F13 Match Report Form</w:t>
      </w:r>
    </w:p>
    <w:p>
      <w:pPr>
        <w:pStyle w:val="ListBullet"/>
      </w:pPr>
      <w:r>
        <w:t>F14 Team Selection &amp; Match-Day Squad Form</w:t>
      </w:r>
    </w:p>
    <w:p>
      <w:pPr>
        <w:pStyle w:val="ListBullet"/>
      </w:pPr>
      <w:r>
        <w:t>F15 Fitness Assessment Form</w:t>
      </w:r>
    </w:p>
    <w:p>
      <w:pPr>
        <w:pStyle w:val="ListBullet"/>
      </w:pPr>
      <w:r>
        <w:t>F16 Injury / Accident Report</w:t>
      </w:r>
    </w:p>
    <w:p>
      <w:pPr>
        <w:pStyle w:val="ListBullet"/>
      </w:pPr>
      <w:r>
        <w:t>F17 Equipment Issuance &amp; Return Form</w:t>
      </w:r>
    </w:p>
    <w:p>
      <w:pPr>
        <w:pStyle w:val="ListBullet"/>
      </w:pPr>
      <w:r>
        <w:t>F18 Scouting Report</w:t>
      </w:r>
    </w:p>
    <w:p>
      <w:pPr>
        <w:pStyle w:val="ListBullet"/>
      </w:pPr>
      <w:r>
        <w:t>F19 Competition Registration Checklist</w:t>
      </w:r>
    </w:p>
    <w:p>
      <w:pPr>
        <w:pStyle w:val="ListBullet"/>
      </w:pPr>
      <w:r>
        <w:t>F20 Coaching Staff Evaluation Form</w:t>
      </w:r>
    </w:p>
    <w:p>
      <w:pPr>
        <w:pStyle w:val="ListBullet"/>
      </w:pPr>
      <w:r>
        <w:t>F21 Fee Payment &amp; Receipt Record</w:t>
      </w:r>
    </w:p>
    <w:p>
      <w:pPr>
        <w:pStyle w:val="ListBullet"/>
      </w:pPr>
      <w:r>
        <w:t>F22 Subscription Ledger</w:t>
      </w:r>
    </w:p>
    <w:p>
      <w:pPr>
        <w:pStyle w:val="ListBullet"/>
      </w:pPr>
      <w:r>
        <w:t>F23 Monthly Income &amp; Expenditure Register</w:t>
      </w:r>
    </w:p>
    <w:p>
      <w:pPr>
        <w:pStyle w:val="ListBullet"/>
      </w:pPr>
      <w:r>
        <w:t>F24 Expenditure Approval Form</w:t>
      </w:r>
    </w:p>
    <w:p>
      <w:pPr>
        <w:pStyle w:val="ListBullet"/>
      </w:pPr>
      <w:r>
        <w:t>F25 Sponsorship / Donation Record</w:t>
      </w:r>
    </w:p>
    <w:p>
      <w:pPr>
        <w:pStyle w:val="ListBullet"/>
      </w:pPr>
      <w:r>
        <w:t>F26 Staff &amp; Volunteer Application Form</w:t>
      </w:r>
    </w:p>
    <w:p>
      <w:pPr>
        <w:pStyle w:val="ListBullet"/>
      </w:pPr>
      <w:r>
        <w:t>F27 Club Membership Application Form</w:t>
      </w:r>
    </w:p>
    <w:p>
      <w:pPr>
        <w:pStyle w:val="ListBullet"/>
      </w:pPr>
      <w:r>
        <w:t>F28 Correspondence Register</w:t>
      </w:r>
    </w:p>
    <w:p>
      <w:pPr>
        <w:pStyle w:val="ListBullet"/>
      </w:pPr>
      <w:r>
        <w:t>F29 Management Meeting Minutes</w:t>
      </w:r>
    </w:p>
    <w:p>
      <w:pPr>
        <w:pStyle w:val="ListBullet"/>
      </w:pPr>
      <w:r>
        <w:t>F30 Annual Budget &amp; Development Plan</w:t>
      </w:r>
    </w:p>
    <w:p>
      <w:pPr>
        <w:pStyle w:val="ListBullet"/>
      </w:pPr>
      <w:r>
        <w:t>F31 Safeguarding Concern Report</w:t>
      </w:r>
    </w:p>
    <w:p>
      <w:pPr>
        <w:pStyle w:val="ListBullet"/>
      </w:pPr>
      <w:r>
        <w:t>F32 Photography / Video Consent Form</w:t>
      </w:r>
    </w:p>
    <w:p>
      <w:pPr>
        <w:pStyle w:val="ListBullet"/>
      </w:pPr>
      <w:r>
        <w:t>F33 Travel &amp; Accommodation Consent for Minors</w:t>
      </w:r>
    </w:p>
    <w:p>
      <w:pPr>
        <w:pStyle w:val="ListBullet"/>
      </w:pPr>
      <w:r>
        <w:t>F34 Player Grievance Form</w:t>
      </w:r>
    </w:p>
    <w:p>
      <w:pPr>
        <w:pStyle w:val="ListBullet"/>
      </w:pPr>
      <w:r>
        <w:t>F35 Club Constitution Starter Template</w:t>
      </w:r>
    </w:p>
    <w:p>
      <w:pPr>
        <w:pStyle w:val="ListBullet"/>
      </w:pPr>
      <w:r>
        <w:t>F36 Organisational Structure &amp; Role Descriptions</w:t>
      </w:r>
    </w:p>
    <w:p>
      <w:pPr>
        <w:pStyle w:val="ListBullet"/>
      </w:pPr>
      <w:r>
        <w:t>F37 Club Rules &amp; Regulations Starter Template</w:t>
      </w:r>
    </w:p>
    <w:p>
      <w:pPr>
        <w:pStyle w:val="ListBullet"/>
      </w:pPr>
      <w:r>
        <w:t>F38 Player Development Policy Starter Template</w:t>
      </w:r>
    </w:p>
    <w:p>
      <w:pPr>
        <w:pStyle w:val="ListBullet"/>
      </w:pPr>
      <w:r>
        <w:t>F39 Sponsorship Proposal Checklist</w:t>
      </w:r>
    </w:p>
    <w:p>
      <w:r>
        <w:br w:type="page"/>
      </w:r>
    </w:p>
    <w:p>
      <w:pPr>
        <w:jc w:val="center"/>
      </w:pPr>
      <w:r>
        <w:rPr>
          <w:b/>
          <w:color w:val="1F4E79"/>
          <w:sz w:val="26"/>
        </w:rPr>
        <w:t>MERCIA SPORTS DEVELOPMENT FOOTBALL CLUB</w:t>
      </w:r>
    </w:p>
    <w:p>
      <w:pPr>
        <w:jc w:val="center"/>
      </w:pPr>
      <w:r>
        <w:rPr>
          <w:b/>
          <w:sz w:val="30"/>
        </w:rPr>
        <w:t>PLAYER REGISTRATION FORM</w:t>
      </w:r>
    </w:p>
    <w:p>
      <w:pPr>
        <w:jc w:val="center"/>
      </w:pPr>
      <w:r>
        <w:rPr>
          <w:i/>
          <w:sz w:val="16"/>
        </w:rPr>
        <w:t>Document Ref: MSDFC-F01    |    Main base: Imo State, Nigeria    |    Affiliate: Asaba, Delta State</w:t>
      </w:r>
    </w:p>
    <w:p/>
    <w:p>
      <w:r>
        <w:rPr>
          <w:b/>
        </w:rPr>
        <w:t xml:space="preserve">Purpose: </w:t>
      </w:r>
      <w:r>
        <w:t>For every player registering with Mercia Sports Development Football Club.</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Club registration number</w:t>
              <w:br/>
              <w:br/>
              <w:t>____________________________</w:t>
            </w:r>
          </w:p>
        </w:tc>
        <w:tc>
          <w:tcPr>
            <w:tcW w:type="dxa" w:w="5112"/>
            <w:vAlign w:val="center"/>
          </w:tcPr>
          <w:p>
            <w:r>
              <w:rPr>
                <w:rFonts w:ascii="Arial" w:hAnsi="Arial"/>
                <w:b/>
                <w:sz w:val="17"/>
              </w:rPr>
              <w:t>Registration date</w:t>
              <w:br/>
              <w:br/>
              <w:t>____________________________</w:t>
            </w:r>
          </w:p>
        </w:tc>
      </w:tr>
      <w:tr>
        <w:tc>
          <w:tcPr>
            <w:tcW w:type="dxa" w:w="5112"/>
            <w:vAlign w:val="center"/>
          </w:tcPr>
          <w:p>
            <w:r>
              <w:rPr>
                <w:rFonts w:ascii="Arial" w:hAnsi="Arial"/>
                <w:b/>
                <w:sz w:val="17"/>
              </w:rPr>
              <w:t>Registration category (academy / youth / senior / affiliate)</w:t>
              <w:br/>
              <w:br/>
              <w:t>____________________________</w:t>
            </w:r>
          </w:p>
        </w:tc>
        <w:tc>
          <w:tcPr>
            <w:tcW w:type="dxa" w:w="5112"/>
            <w:vAlign w:val="center"/>
          </w:tcPr>
          <w:p>
            <w:r>
              <w:rPr>
                <w:rFonts w:ascii="Arial" w:hAnsi="Arial"/>
                <w:b/>
                <w:sz w:val="17"/>
              </w:rPr>
              <w:t>Player's full legal name</w:t>
              <w:br/>
              <w:br/>
              <w:t>____________________________</w:t>
            </w:r>
          </w:p>
        </w:tc>
      </w:tr>
      <w:tr>
        <w:tc>
          <w:tcPr>
            <w:tcW w:type="dxa" w:w="5112"/>
            <w:vAlign w:val="center"/>
          </w:tcPr>
          <w:p>
            <w:r>
              <w:rPr>
                <w:rFonts w:ascii="Arial" w:hAnsi="Arial"/>
                <w:b/>
                <w:sz w:val="17"/>
              </w:rPr>
              <w:t>Preferred name</w:t>
              <w:br/>
              <w:br/>
              <w:t>____________________________</w:t>
            </w:r>
          </w:p>
        </w:tc>
        <w:tc>
          <w:tcPr>
            <w:tcW w:type="dxa" w:w="5112"/>
            <w:vAlign w:val="center"/>
          </w:tcPr>
          <w:p>
            <w:r>
              <w:rPr>
                <w:rFonts w:ascii="Arial" w:hAnsi="Arial"/>
                <w:b/>
                <w:sz w:val="17"/>
              </w:rPr>
              <w:t>Date of birth (DD/MM/YYYY)</w:t>
              <w:br/>
              <w:br/>
              <w:t>____________________________</w:t>
            </w:r>
          </w:p>
        </w:tc>
      </w:tr>
      <w:tr>
        <w:tc>
          <w:tcPr>
            <w:tcW w:type="dxa" w:w="5112"/>
            <w:vAlign w:val="center"/>
          </w:tcPr>
          <w:p>
            <w:r>
              <w:rPr>
                <w:rFonts w:ascii="Arial" w:hAnsi="Arial"/>
                <w:b/>
                <w:sz w:val="17"/>
              </w:rPr>
              <w:t>Gender (if required for team administration)</w:t>
              <w:br/>
              <w:br/>
              <w:t>____________________________</w:t>
            </w:r>
          </w:p>
        </w:tc>
        <w:tc>
          <w:tcPr>
            <w:tcW w:type="dxa" w:w="5112"/>
            <w:vAlign w:val="center"/>
          </w:tcPr>
          <w:p>
            <w:r>
              <w:rPr>
                <w:rFonts w:ascii="Arial" w:hAnsi="Arial"/>
                <w:b/>
                <w:sz w:val="17"/>
              </w:rPr>
              <w:t>Nationality</w:t>
              <w:br/>
              <w:br/>
              <w:t>____________________________</w:t>
            </w:r>
          </w:p>
        </w:tc>
      </w:tr>
      <w:tr>
        <w:tc>
          <w:tcPr>
            <w:tcW w:type="dxa" w:w="5112"/>
            <w:vAlign w:val="center"/>
          </w:tcPr>
          <w:p>
            <w:r>
              <w:rPr>
                <w:rFonts w:ascii="Arial" w:hAnsi="Arial"/>
                <w:b/>
                <w:sz w:val="17"/>
              </w:rPr>
              <w:t>Residential address</w:t>
              <w:br/>
              <w:br/>
              <w:t>____________________________</w:t>
            </w:r>
          </w:p>
        </w:tc>
        <w:tc>
          <w:tcPr>
            <w:tcW w:type="dxa" w:w="5112"/>
            <w:vAlign w:val="center"/>
          </w:tcPr>
          <w:p>
            <w:r>
              <w:rPr>
                <w:rFonts w:ascii="Arial" w:hAnsi="Arial"/>
                <w:b/>
                <w:sz w:val="17"/>
              </w:rPr>
              <w:t>Town / LGA / State</w:t>
              <w:br/>
              <w:br/>
              <w:t>____________________________</w:t>
            </w:r>
          </w:p>
        </w:tc>
      </w:tr>
      <w:tr>
        <w:tc>
          <w:tcPr>
            <w:tcW w:type="dxa" w:w="5112"/>
            <w:vAlign w:val="center"/>
          </w:tcPr>
          <w:p>
            <w:r>
              <w:rPr>
                <w:rFonts w:ascii="Arial" w:hAnsi="Arial"/>
                <w:b/>
                <w:sz w:val="17"/>
              </w:rPr>
              <w:t>Telephone number</w:t>
              <w:br/>
              <w:br/>
              <w:t>____________________________</w:t>
            </w:r>
          </w:p>
        </w:tc>
        <w:tc>
          <w:tcPr>
            <w:tcW w:type="dxa" w:w="5112"/>
            <w:vAlign w:val="center"/>
          </w:tcPr>
          <w:p>
            <w:r>
              <w:rPr>
                <w:rFonts w:ascii="Arial" w:hAnsi="Arial"/>
                <w:b/>
                <w:sz w:val="17"/>
              </w:rPr>
              <w:t>Email (if applicable)</w:t>
              <w:br/>
              <w:br/>
              <w:t>____________________________</w:t>
            </w:r>
          </w:p>
        </w:tc>
      </w:tr>
    </w:tbl>
    <w:p/>
    <w:p>
      <w:pPr>
        <w:pStyle w:val="Heading2"/>
      </w:pPr>
      <w:r>
        <w:t>Football Information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Preferred playing position</w:t>
              <w:br/>
              <w:br/>
              <w:t>____________________________</w:t>
            </w:r>
          </w:p>
        </w:tc>
        <w:tc>
          <w:tcPr>
            <w:tcW w:type="dxa" w:w="5112"/>
            <w:vAlign w:val="center"/>
          </w:tcPr>
          <w:p>
            <w:r>
              <w:rPr>
                <w:rFonts w:ascii="Arial" w:hAnsi="Arial"/>
                <w:b/>
                <w:sz w:val="17"/>
              </w:rPr>
              <w:t>Secondary position</w:t>
              <w:br/>
              <w:br/>
              <w:t>____________________________</w:t>
            </w:r>
          </w:p>
        </w:tc>
      </w:tr>
      <w:tr>
        <w:tc>
          <w:tcPr>
            <w:tcW w:type="dxa" w:w="5112"/>
            <w:vAlign w:val="center"/>
          </w:tcPr>
          <w:p>
            <w:r>
              <w:rPr>
                <w:rFonts w:ascii="Arial" w:hAnsi="Arial"/>
                <w:b/>
                <w:sz w:val="17"/>
              </w:rPr>
              <w:t>Preferred foot</w:t>
              <w:br/>
              <w:br/>
              <w:t>____________________________</w:t>
            </w:r>
          </w:p>
        </w:tc>
        <w:tc>
          <w:tcPr>
            <w:tcW w:type="dxa" w:w="5112"/>
            <w:vAlign w:val="center"/>
          </w:tcPr>
          <w:p>
            <w:r>
              <w:rPr>
                <w:rFonts w:ascii="Arial" w:hAnsi="Arial"/>
                <w:b/>
                <w:sz w:val="17"/>
              </w:rPr>
              <w:t>Previous club / academy</w:t>
              <w:br/>
              <w:br/>
              <w:t>____________________________</w:t>
            </w:r>
          </w:p>
        </w:tc>
      </w:tr>
      <w:tr>
        <w:tc>
          <w:tcPr>
            <w:tcW w:type="dxa" w:w="5112"/>
            <w:vAlign w:val="center"/>
          </w:tcPr>
          <w:p>
            <w:r>
              <w:rPr>
                <w:rFonts w:ascii="Arial" w:hAnsi="Arial"/>
                <w:b/>
                <w:sz w:val="17"/>
              </w:rPr>
              <w:t>Previous registration number (if any)</w:t>
              <w:br/>
              <w:br/>
              <w:t>____________________________</w:t>
            </w:r>
          </w:p>
        </w:tc>
        <w:tc>
          <w:tcPr>
            <w:tcW w:type="dxa" w:w="5112"/>
            <w:vAlign w:val="center"/>
          </w:tcPr>
          <w:p>
            <w:r>
              <w:rPr>
                <w:rFonts w:ascii="Arial" w:hAnsi="Arial"/>
                <w:b/>
                <w:sz w:val="17"/>
              </w:rPr>
              <w:t>Years of playing experience</w:t>
              <w:br/>
              <w:br/>
              <w:t>____________________________</w:t>
            </w:r>
          </w:p>
        </w:tc>
      </w:tr>
      <w:tr>
        <w:tc>
          <w:tcPr>
            <w:tcW w:type="dxa" w:w="5112"/>
            <w:vAlign w:val="center"/>
          </w:tcPr>
          <w:p>
            <w:r>
              <w:rPr>
                <w:rFonts w:ascii="Arial" w:hAnsi="Arial"/>
                <w:b/>
                <w:sz w:val="17"/>
              </w:rPr>
              <w:t>School / employer (optional)</w:t>
              <w:br/>
              <w:br/>
              <w:t>____________________________</w:t>
            </w:r>
          </w:p>
        </w:tc>
        <w:tc>
          <w:tcPr>
            <w:tcW w:type="dxa" w:w="5112"/>
          </w:tcPr>
          <w:p/>
        </w:tc>
      </w:tr>
    </w:tbl>
    <w:p/>
    <w:p>
      <w:pPr>
        <w:pStyle w:val="Heading2"/>
      </w:pPr>
      <w:r>
        <w:t>Parent / Guardian (for players under 18)</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Parent/guardian full name</w:t>
              <w:br/>
              <w:br/>
              <w:t>____________________________</w:t>
            </w:r>
          </w:p>
        </w:tc>
        <w:tc>
          <w:tcPr>
            <w:tcW w:type="dxa" w:w="5112"/>
            <w:vAlign w:val="center"/>
          </w:tcPr>
          <w:p>
            <w:r>
              <w:rPr>
                <w:rFonts w:ascii="Arial" w:hAnsi="Arial"/>
                <w:b/>
                <w:sz w:val="17"/>
              </w:rPr>
              <w:t>Relationship to player</w:t>
              <w:br/>
              <w:br/>
              <w:t>____________________________</w:t>
            </w:r>
          </w:p>
        </w:tc>
      </w:tr>
      <w:tr>
        <w:tc>
          <w:tcPr>
            <w:tcW w:type="dxa" w:w="5112"/>
            <w:vAlign w:val="center"/>
          </w:tcPr>
          <w:p>
            <w:r>
              <w:rPr>
                <w:rFonts w:ascii="Arial" w:hAnsi="Arial"/>
                <w:b/>
                <w:sz w:val="17"/>
              </w:rPr>
              <w:t>Telephone number</w:t>
              <w:br/>
              <w:br/>
              <w:t>____________________________</w:t>
            </w:r>
          </w:p>
        </w:tc>
        <w:tc>
          <w:tcPr>
            <w:tcW w:type="dxa" w:w="5112"/>
            <w:vAlign w:val="center"/>
          </w:tcPr>
          <w:p>
            <w:r>
              <w:rPr>
                <w:rFonts w:ascii="Arial" w:hAnsi="Arial"/>
                <w:b/>
                <w:sz w:val="17"/>
              </w:rPr>
              <w:t>Email / address</w:t>
              <w:br/>
              <w:br/>
              <w:t>____________________________</w:t>
            </w:r>
          </w:p>
        </w:tc>
      </w:tr>
    </w:tbl>
    <w:p/>
    <w:p>
      <w:pPr>
        <w:pStyle w:val="Heading2"/>
      </w:pPr>
      <w:r>
        <w:t>Documents submitted</w:t>
      </w:r>
    </w:p>
    <w:p>
      <w:r>
        <w:t>☐ Recent passport photograph</w:t>
      </w:r>
    </w:p>
    <w:p>
      <w:r>
        <w:t>☐ Proof of age / identity, where required</w:t>
      </w:r>
    </w:p>
    <w:p>
      <w:r>
        <w:t>☐ Parent/guardian consent if under 18</w:t>
      </w:r>
    </w:p>
    <w:p>
      <w:r>
        <w:t>☐ Medical / emergency form</w:t>
      </w:r>
    </w:p>
    <w:p>
      <w:r>
        <w:t>☐ Any applicable competition registration documents</w:t>
      </w:r>
    </w:p>
    <w:p>
      <w:r>
        <w:t>Declaration: I confirm that the information supplied is accurate to the best of my knowledge and agree to follow the club's rules. I understand that official competition registration may require additional documentation.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under 18)</w:t>
              <w:br/>
              <w:br/>
              <w:t>____________________________</w:t>
            </w:r>
          </w:p>
        </w:tc>
        <w:tc>
          <w:tcPr>
            <w:tcW w:type="dxa" w:w="5112"/>
            <w:vAlign w:val="center"/>
          </w:tcPr>
          <w:p>
            <w:r>
              <w:rPr>
                <w:rFonts w:ascii="Arial" w:hAnsi="Arial"/>
                <w:b/>
                <w:sz w:val="17"/>
              </w:rPr>
              <w:t>Club officer signature</w:t>
              <w:br/>
              <w:br/>
              <w:t>____________________________</w:t>
            </w:r>
          </w:p>
        </w:tc>
      </w:tr>
    </w:tbl>
    <w:p/>
    <w:p>
      <w:r>
        <w:br w:type="page"/>
      </w:r>
    </w:p>
    <w:p>
      <w:pPr>
        <w:jc w:val="center"/>
      </w:pPr>
      <w:r>
        <w:rPr>
          <w:b/>
          <w:color w:val="1F4E79"/>
          <w:sz w:val="26"/>
        </w:rPr>
        <w:t>MERCIA SPORTS DEVELOPMENT FOOTBALL CLUB</w:t>
      </w:r>
    </w:p>
    <w:p>
      <w:pPr>
        <w:jc w:val="center"/>
      </w:pPr>
      <w:r>
        <w:rPr>
          <w:b/>
          <w:sz w:val="30"/>
        </w:rPr>
        <w:t>ACADEMY ADMISSION FORM</w:t>
      </w:r>
    </w:p>
    <w:p>
      <w:pPr>
        <w:jc w:val="center"/>
      </w:pPr>
      <w:r>
        <w:rPr>
          <w:i/>
          <w:sz w:val="16"/>
        </w:rPr>
        <w:t>Document Ref: MSDFC-F02    |    Main base: Imo State, Nigeria    |    Affiliate: Asaba, Delta State</w:t>
      </w:r>
    </w:p>
    <w:p/>
    <w:p>
      <w:r>
        <w:rPr>
          <w:b/>
        </w:rPr>
        <w:t xml:space="preserve">Purpose: </w:t>
      </w:r>
      <w:r>
        <w:t>For admission into the football academy or development programme.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Application number</w:t>
              <w:br/>
              <w:br/>
              <w:t>____________________________</w:t>
            </w:r>
          </w:p>
        </w:tc>
        <w:tc>
          <w:tcPr>
            <w:tcW w:type="dxa" w:w="5112"/>
            <w:vAlign w:val="center"/>
          </w:tcPr>
          <w:p>
            <w:r>
              <w:rPr>
                <w:rFonts w:ascii="Arial" w:hAnsi="Arial"/>
                <w:b/>
                <w:sz w:val="17"/>
              </w:rPr>
              <w:t>Date of application</w:t>
              <w:br/>
              <w:br/>
              <w:t>____________________________</w:t>
            </w:r>
          </w:p>
        </w:tc>
      </w:tr>
      <w:tr>
        <w:tc>
          <w:tcPr>
            <w:tcW w:type="dxa" w:w="5112"/>
            <w:vAlign w:val="center"/>
          </w:tcPr>
          <w:p>
            <w:r>
              <w:rPr>
                <w:rFonts w:ascii="Arial" w:hAnsi="Arial"/>
                <w:b/>
                <w:sz w:val="17"/>
              </w:rPr>
              <w:t>Applicant's full name</w:t>
              <w:br/>
              <w:br/>
              <w:t>____________________________</w:t>
            </w:r>
          </w:p>
        </w:tc>
        <w:tc>
          <w:tcPr>
            <w:tcW w:type="dxa" w:w="5112"/>
            <w:vAlign w:val="center"/>
          </w:tcPr>
          <w:p>
            <w:r>
              <w:rPr>
                <w:rFonts w:ascii="Arial" w:hAnsi="Arial"/>
                <w:b/>
                <w:sz w:val="17"/>
              </w:rPr>
              <w:t>Date of birth / age group</w:t>
              <w:br/>
              <w:br/>
              <w:t>____________________________</w:t>
            </w:r>
          </w:p>
        </w:tc>
      </w:tr>
      <w:tr>
        <w:tc>
          <w:tcPr>
            <w:tcW w:type="dxa" w:w="5112"/>
            <w:vAlign w:val="center"/>
          </w:tcPr>
          <w:p>
            <w:r>
              <w:rPr>
                <w:rFonts w:ascii="Arial" w:hAnsi="Arial"/>
                <w:b/>
                <w:sz w:val="17"/>
              </w:rPr>
              <w:t>Home address</w:t>
              <w:br/>
              <w:br/>
              <w:t>____________________________</w:t>
            </w:r>
          </w:p>
        </w:tc>
        <w:tc>
          <w:tcPr>
            <w:tcW w:type="dxa" w:w="5112"/>
            <w:vAlign w:val="center"/>
          </w:tcPr>
          <w:p>
            <w:r>
              <w:rPr>
                <w:rFonts w:ascii="Arial" w:hAnsi="Arial"/>
                <w:b/>
                <w:sz w:val="17"/>
              </w:rPr>
              <w:t>Parent/guardian name and contact (if minor)</w:t>
              <w:br/>
              <w:br/>
              <w:t>____________________________</w:t>
            </w:r>
          </w:p>
        </w:tc>
      </w:tr>
      <w:tr>
        <w:tc>
          <w:tcPr>
            <w:tcW w:type="dxa" w:w="5112"/>
            <w:vAlign w:val="center"/>
          </w:tcPr>
          <w:p>
            <w:r>
              <w:rPr>
                <w:rFonts w:ascii="Arial" w:hAnsi="Arial"/>
                <w:b/>
                <w:sz w:val="17"/>
              </w:rPr>
              <w:t>School / education details (if applicable)</w:t>
              <w:br/>
              <w:br/>
              <w:t>____________________________</w:t>
            </w:r>
          </w:p>
        </w:tc>
        <w:tc>
          <w:tcPr>
            <w:tcW w:type="dxa" w:w="5112"/>
            <w:vAlign w:val="center"/>
          </w:tcPr>
          <w:p>
            <w:r>
              <w:rPr>
                <w:rFonts w:ascii="Arial" w:hAnsi="Arial"/>
                <w:b/>
                <w:sz w:val="17"/>
              </w:rPr>
              <w:t>Preferred training location (Imo / Asaba affiliate / other)</w:t>
              <w:br/>
              <w:br/>
              <w:t>____________________________</w:t>
            </w:r>
          </w:p>
        </w:tc>
      </w:tr>
      <w:tr>
        <w:tc>
          <w:tcPr>
            <w:tcW w:type="dxa" w:w="5112"/>
            <w:vAlign w:val="center"/>
          </w:tcPr>
          <w:p>
            <w:r>
              <w:rPr>
                <w:rFonts w:ascii="Arial" w:hAnsi="Arial"/>
                <w:b/>
                <w:sz w:val="17"/>
              </w:rPr>
              <w:t>Preferred programme / age group</w:t>
              <w:br/>
              <w:br/>
              <w:t>____________________________</w:t>
            </w:r>
          </w:p>
        </w:tc>
        <w:tc>
          <w:tcPr>
            <w:tcW w:type="dxa" w:w="5112"/>
          </w:tcPr>
          <w:p/>
        </w:tc>
      </w:tr>
    </w:tbl>
    <w:p/>
    <w:p>
      <w:pPr>
        <w:pStyle w:val="Heading2"/>
      </w:pPr>
      <w:r>
        <w:t>Admission Review</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Trial date (if applicable)</w:t>
              <w:br/>
              <w:br/>
              <w:t>____________________________</w:t>
            </w:r>
          </w:p>
        </w:tc>
        <w:tc>
          <w:tcPr>
            <w:tcW w:type="dxa" w:w="5112"/>
            <w:vAlign w:val="center"/>
          </w:tcPr>
          <w:p>
            <w:r>
              <w:rPr>
                <w:rFonts w:ascii="Arial" w:hAnsi="Arial"/>
                <w:b/>
                <w:sz w:val="17"/>
              </w:rPr>
              <w:t>Assessment outcome</w:t>
              <w:br/>
              <w:br/>
              <w:t>____________________________</w:t>
            </w:r>
          </w:p>
        </w:tc>
      </w:tr>
      <w:tr>
        <w:tc>
          <w:tcPr>
            <w:tcW w:type="dxa" w:w="5112"/>
            <w:vAlign w:val="center"/>
          </w:tcPr>
          <w:p>
            <w:r>
              <w:rPr>
                <w:rFonts w:ascii="Arial" w:hAnsi="Arial"/>
                <w:b/>
                <w:sz w:val="17"/>
              </w:rPr>
              <w:t>Admission decision (accepted / waitlisted / not accepted)</w:t>
              <w:br/>
              <w:br/>
              <w:t>____________________________</w:t>
            </w:r>
          </w:p>
        </w:tc>
        <w:tc>
          <w:tcPr>
            <w:tcW w:type="dxa" w:w="5112"/>
            <w:vAlign w:val="center"/>
          </w:tcPr>
          <w:p>
            <w:r>
              <w:rPr>
                <w:rFonts w:ascii="Arial" w:hAnsi="Arial"/>
                <w:b/>
                <w:sz w:val="17"/>
              </w:rPr>
              <w:t>Proposed start date</w:t>
              <w:br/>
              <w:br/>
              <w:t>____________________________</w:t>
            </w:r>
          </w:p>
        </w:tc>
      </w:tr>
      <w:tr>
        <w:tc>
          <w:tcPr>
            <w:tcW w:type="dxa" w:w="5112"/>
            <w:vAlign w:val="center"/>
          </w:tcPr>
          <w:p>
            <w:r>
              <w:rPr>
                <w:rFonts w:ascii="Arial" w:hAnsi="Arial"/>
                <w:b/>
                <w:sz w:val="17"/>
              </w:rPr>
              <w:t>Approved by</w:t>
              <w:br/>
              <w:br/>
              <w:t>____________________________</w:t>
            </w:r>
          </w:p>
        </w:tc>
        <w:tc>
          <w:tcPr>
            <w:tcW w:type="dxa" w:w="5112"/>
          </w:tcPr>
          <w:p/>
        </w:tc>
      </w:tr>
    </w:tbl>
    <w:p/>
    <w:p>
      <w:r>
        <w:t>Applicant/parent acknowledgement: I understand that admission is subject to the club's policies, capacity, safety requirements, and any applicable football rules.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Applicant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minor)</w:t>
              <w:br/>
              <w:br/>
              <w:t>____________________________</w:t>
            </w:r>
          </w:p>
        </w:tc>
        <w:tc>
          <w:tcPr>
            <w:tcW w:type="dxa" w:w="5112"/>
            <w:vAlign w:val="center"/>
          </w:tcPr>
          <w:p>
            <w:r>
              <w:rPr>
                <w:rFonts w:ascii="Arial" w:hAnsi="Arial"/>
                <w:b/>
                <w:sz w:val="17"/>
              </w:rPr>
              <w:t>Academy manager</w:t>
              <w:br/>
              <w:br/>
              <w:t>____________________________</w:t>
            </w:r>
          </w:p>
        </w:tc>
      </w:tr>
    </w:tbl>
    <w:p/>
    <w:p>
      <w:r>
        <w:br w:type="page"/>
      </w:r>
    </w:p>
    <w:p>
      <w:pPr>
        <w:jc w:val="center"/>
      </w:pPr>
      <w:r>
        <w:rPr>
          <w:b/>
          <w:color w:val="1F4E79"/>
          <w:sz w:val="26"/>
        </w:rPr>
        <w:t>MERCIA SPORTS DEVELOPMENT FOOTBALL CLUB</w:t>
      </w:r>
    </w:p>
    <w:p>
      <w:pPr>
        <w:jc w:val="center"/>
      </w:pPr>
      <w:r>
        <w:rPr>
          <w:b/>
          <w:sz w:val="30"/>
        </w:rPr>
        <w:t>PARENT / GUARDIAN CONSENT FORM</w:t>
      </w:r>
    </w:p>
    <w:p>
      <w:pPr>
        <w:jc w:val="center"/>
      </w:pPr>
      <w:r>
        <w:rPr>
          <w:i/>
          <w:sz w:val="16"/>
        </w:rPr>
        <w:t>Document Ref: MSDFC-F03    |    Main base: Imo State, Nigeria    |    Affiliate: Asaba, Delta State</w:t>
      </w:r>
    </w:p>
    <w:p/>
    <w:p>
      <w:r>
        <w:rPr>
          <w:b/>
        </w:rPr>
        <w:t xml:space="preserve">Purpose: </w:t>
      </w:r>
      <w:r>
        <w:t>Required for players under 18 and recommended wherever a guardian is responsible for a player.</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Player's full name</w:t>
              <w:br/>
              <w:br/>
              <w:t>____________________________</w:t>
            </w:r>
          </w:p>
        </w:tc>
        <w:tc>
          <w:tcPr>
            <w:tcW w:type="dxa" w:w="5112"/>
            <w:vAlign w:val="center"/>
          </w:tcPr>
          <w:p>
            <w:r>
              <w:rPr>
                <w:rFonts w:ascii="Arial" w:hAnsi="Arial"/>
                <w:b/>
                <w:sz w:val="17"/>
              </w:rPr>
              <w:t>Player's date of birth</w:t>
              <w:br/>
              <w:br/>
              <w:t>____________________________</w:t>
            </w:r>
          </w:p>
        </w:tc>
      </w:tr>
      <w:tr>
        <w:tc>
          <w:tcPr>
            <w:tcW w:type="dxa" w:w="5112"/>
            <w:vAlign w:val="center"/>
          </w:tcPr>
          <w:p>
            <w:r>
              <w:rPr>
                <w:rFonts w:ascii="Arial" w:hAnsi="Arial"/>
                <w:b/>
                <w:sz w:val="17"/>
              </w:rPr>
              <w:t>Parent/guardian full name</w:t>
              <w:br/>
              <w:br/>
              <w:t>____________________________</w:t>
            </w:r>
          </w:p>
        </w:tc>
        <w:tc>
          <w:tcPr>
            <w:tcW w:type="dxa" w:w="5112"/>
            <w:vAlign w:val="center"/>
          </w:tcPr>
          <w:p>
            <w:r>
              <w:rPr>
                <w:rFonts w:ascii="Arial" w:hAnsi="Arial"/>
                <w:b/>
                <w:sz w:val="17"/>
              </w:rPr>
              <w:t>Relationship to player</w:t>
              <w:br/>
              <w:br/>
              <w:t>____________________________</w:t>
            </w:r>
          </w:p>
        </w:tc>
      </w:tr>
      <w:tr>
        <w:tc>
          <w:tcPr>
            <w:tcW w:type="dxa" w:w="5112"/>
            <w:vAlign w:val="center"/>
          </w:tcPr>
          <w:p>
            <w:r>
              <w:rPr>
                <w:rFonts w:ascii="Arial" w:hAnsi="Arial"/>
                <w:b/>
                <w:sz w:val="17"/>
              </w:rPr>
              <w:t>Primary telephone</w:t>
              <w:br/>
              <w:br/>
              <w:t>____________________________</w:t>
            </w:r>
          </w:p>
        </w:tc>
        <w:tc>
          <w:tcPr>
            <w:tcW w:type="dxa" w:w="5112"/>
            <w:vAlign w:val="center"/>
          </w:tcPr>
          <w:p>
            <w:r>
              <w:rPr>
                <w:rFonts w:ascii="Arial" w:hAnsi="Arial"/>
                <w:b/>
                <w:sz w:val="17"/>
              </w:rPr>
              <w:t>Alternative telephone</w:t>
              <w:br/>
              <w:br/>
              <w:t>____________________________</w:t>
            </w:r>
          </w:p>
        </w:tc>
      </w:tr>
      <w:tr>
        <w:tc>
          <w:tcPr>
            <w:tcW w:type="dxa" w:w="5112"/>
            <w:vAlign w:val="center"/>
          </w:tcPr>
          <w:p>
            <w:r>
              <w:rPr>
                <w:rFonts w:ascii="Arial" w:hAnsi="Arial"/>
                <w:b/>
                <w:sz w:val="17"/>
              </w:rPr>
              <w:t>Email and address</w:t>
              <w:br/>
              <w:br/>
              <w:t>____________________________</w:t>
            </w:r>
          </w:p>
        </w:tc>
        <w:tc>
          <w:tcPr>
            <w:tcW w:type="dxa" w:w="5112"/>
          </w:tcPr>
          <w:p/>
        </w:tc>
      </w:tr>
    </w:tbl>
    <w:p/>
    <w:p>
      <w:pPr>
        <w:pStyle w:val="Heading2"/>
      </w:pPr>
      <w:r>
        <w:t>Consent</w:t>
      </w:r>
    </w:p>
    <w:p>
      <w:r>
        <w:t>☐ I give permission for the named child to participate in club training and matches.</w:t>
      </w:r>
    </w:p>
    <w:p>
      <w:r>
        <w:t>☐ I understand that football involves physical activity and some risk of injury.</w:t>
      </w:r>
    </w:p>
    <w:p>
      <w:r>
        <w:t>☐ I will inform the club of relevant medical or welfare information.</w:t>
      </w:r>
    </w:p>
    <w:p>
      <w:r>
        <w:t>☐ I authorise the club to contact me in an emergency and arrange urgent assistance if I cannot be reached, consistent with applicable law and emergency guidance.</w:t>
      </w:r>
    </w:p>
    <w:p>
      <w:r>
        <w:t>☐ I understand that travel outside the usual training venue requires separate trip information and consent where applicable.</w:t>
      </w:r>
    </w:p>
    <w:p>
      <w:r>
        <w:t>☐ I have received or had the opportunity to read the club's code of conduct and safeguarding information.</w:t>
      </w:r>
    </w:p>
    <w:p>
      <w:r>
        <w:t>Restrictions or additional information: __________________________________________________________________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Parent/guardian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Club representative</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MEDICAL INFORMATION &amp; EMERGENCY CONTACT FORM</w:t>
      </w:r>
    </w:p>
    <w:p>
      <w:pPr>
        <w:jc w:val="center"/>
      </w:pPr>
      <w:r>
        <w:rPr>
          <w:i/>
          <w:sz w:val="16"/>
        </w:rPr>
        <w:t>Document Ref: MSDFC-F04    |    Main base: Imo State, Nigeria    |    Affiliate: Asaba, Delta State</w:t>
      </w:r>
    </w:p>
    <w:p/>
    <w:p>
      <w:r>
        <w:rPr>
          <w:b/>
        </w:rPr>
        <w:t xml:space="preserve">Purpose: </w:t>
      </w:r>
      <w:r>
        <w:t>Keep confidential and provide access only to staff who need this information for player safety.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Player's full name</w:t>
              <w:br/>
              <w:br/>
              <w:t>____________________________</w:t>
            </w:r>
          </w:p>
        </w:tc>
        <w:tc>
          <w:tcPr>
            <w:tcW w:type="dxa" w:w="5112"/>
            <w:vAlign w:val="center"/>
          </w:tcPr>
          <w:p>
            <w:r>
              <w:rPr>
                <w:rFonts w:ascii="Arial" w:hAnsi="Arial"/>
                <w:b/>
                <w:sz w:val="17"/>
              </w:rPr>
              <w:t>Date of birth</w:t>
              <w:br/>
              <w:br/>
              <w:t>____________________________</w:t>
            </w:r>
          </w:p>
        </w:tc>
      </w:tr>
      <w:tr>
        <w:tc>
          <w:tcPr>
            <w:tcW w:type="dxa" w:w="5112"/>
            <w:vAlign w:val="center"/>
          </w:tcPr>
          <w:p>
            <w:r>
              <w:rPr>
                <w:rFonts w:ascii="Arial" w:hAnsi="Arial"/>
                <w:b/>
                <w:sz w:val="17"/>
              </w:rPr>
              <w:t>Blood group (if known; optional)</w:t>
              <w:br/>
              <w:br/>
              <w:t>____________________________</w:t>
            </w:r>
          </w:p>
        </w:tc>
        <w:tc>
          <w:tcPr>
            <w:tcW w:type="dxa" w:w="5112"/>
            <w:vAlign w:val="center"/>
          </w:tcPr>
          <w:p>
            <w:r>
              <w:rPr>
                <w:rFonts w:ascii="Arial" w:hAnsi="Arial"/>
                <w:b/>
                <w:sz w:val="17"/>
              </w:rPr>
              <w:t>Primary emergency contact and relationship</w:t>
              <w:br/>
              <w:br/>
              <w:t>____________________________</w:t>
            </w:r>
          </w:p>
        </w:tc>
      </w:tr>
      <w:tr>
        <w:tc>
          <w:tcPr>
            <w:tcW w:type="dxa" w:w="5112"/>
            <w:vAlign w:val="center"/>
          </w:tcPr>
          <w:p>
            <w:r>
              <w:rPr>
                <w:rFonts w:ascii="Arial" w:hAnsi="Arial"/>
                <w:b/>
                <w:sz w:val="17"/>
              </w:rPr>
              <w:t>Primary contact telephone</w:t>
              <w:br/>
              <w:br/>
              <w:t>____________________________</w:t>
            </w:r>
          </w:p>
        </w:tc>
        <w:tc>
          <w:tcPr>
            <w:tcW w:type="dxa" w:w="5112"/>
            <w:vAlign w:val="center"/>
          </w:tcPr>
          <w:p>
            <w:r>
              <w:rPr>
                <w:rFonts w:ascii="Arial" w:hAnsi="Arial"/>
                <w:b/>
                <w:sz w:val="17"/>
              </w:rPr>
              <w:t>Secondary emergency contact and relationship</w:t>
              <w:br/>
              <w:br/>
              <w:t>____________________________</w:t>
            </w:r>
          </w:p>
        </w:tc>
      </w:tr>
      <w:tr>
        <w:tc>
          <w:tcPr>
            <w:tcW w:type="dxa" w:w="5112"/>
            <w:vAlign w:val="center"/>
          </w:tcPr>
          <w:p>
            <w:r>
              <w:rPr>
                <w:rFonts w:ascii="Arial" w:hAnsi="Arial"/>
                <w:b/>
                <w:sz w:val="17"/>
              </w:rPr>
              <w:t>Secondary contact telephone</w:t>
              <w:br/>
              <w:br/>
              <w:t>____________________________</w:t>
            </w:r>
          </w:p>
        </w:tc>
        <w:tc>
          <w:tcPr>
            <w:tcW w:type="dxa" w:w="5112"/>
            <w:vAlign w:val="center"/>
          </w:tcPr>
          <w:p>
            <w:r>
              <w:rPr>
                <w:rFonts w:ascii="Arial" w:hAnsi="Arial"/>
                <w:b/>
                <w:sz w:val="17"/>
              </w:rPr>
              <w:t>Preferred hospital / healthcare provider (optional)</w:t>
              <w:br/>
              <w:br/>
              <w:t>____________________________</w:t>
            </w:r>
          </w:p>
        </w:tc>
      </w:tr>
    </w:tbl>
    <w:p/>
    <w:p>
      <w:pPr>
        <w:pStyle w:val="Heading2"/>
      </w:pPr>
      <w:r>
        <w:t>Relevant health information</w:t>
      </w:r>
    </w:p>
    <w:p>
      <w:pPr>
        <w:spacing w:after="100"/>
      </w:pPr>
      <w:r>
        <w:rPr>
          <w:b/>
        </w:rPr>
        <w:t xml:space="preserve">Known allergies  </w:t>
      </w:r>
      <w:r>
        <w:t>________________________________________________________________</w:t>
      </w:r>
    </w:p>
    <w:p>
      <w:pPr>
        <w:spacing w:after="100"/>
      </w:pPr>
      <w:r>
        <w:rPr>
          <w:b/>
        </w:rPr>
        <w:t xml:space="preserve">Relevant medical conditions / injuries  </w:t>
      </w:r>
      <w:r>
        <w:t>________________________________________________________________</w:t>
      </w:r>
    </w:p>
    <w:p>
      <w:pPr>
        <w:spacing w:after="100"/>
      </w:pPr>
      <w:r>
        <w:rPr>
          <w:b/>
        </w:rPr>
        <w:t xml:space="preserve">Medication or emergency medication (if any)  </w:t>
      </w:r>
      <w:r>
        <w:t>________________________________________________________________</w:t>
      </w:r>
    </w:p>
    <w:p>
      <w:pPr>
        <w:spacing w:after="100"/>
      </w:pPr>
      <w:r>
        <w:rPr>
          <w:b/>
        </w:rPr>
        <w:t xml:space="preserve">Activity restrictions or clinician's advice  </w:t>
      </w:r>
      <w:r>
        <w:t>________________________________________________________________</w:t>
      </w:r>
    </w:p>
    <w:p>
      <w:pPr>
        <w:spacing w:after="100"/>
      </w:pPr>
      <w:r>
        <w:rPr>
          <w:b/>
        </w:rPr>
        <w:t xml:space="preserve">Other information the club should know  </w:t>
      </w:r>
      <w:r>
        <w:t>________________________________________________________________</w:t>
      </w:r>
    </w:p>
    <w:p>
      <w:r>
        <w:t>Emergency note: This form does not replace professional medical assessment or emergency services. The club will make reasonable efforts to contact the listed adult and seek urgent help where necessary.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signature (if appropriate)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minor)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CODE OF CONDUCT ACKNOWLEDGEMENT</w:t>
      </w:r>
    </w:p>
    <w:p>
      <w:pPr>
        <w:jc w:val="center"/>
      </w:pPr>
      <w:r>
        <w:rPr>
          <w:i/>
          <w:sz w:val="16"/>
        </w:rPr>
        <w:t>Document Ref: MSDFC-F05    |    Main base: Imo State, Nigeria    |    Affiliate: Asaba, Delta State</w:t>
      </w:r>
    </w:p>
    <w:p/>
    <w:p>
      <w:r>
        <w:rPr>
          <w:b/>
        </w:rPr>
        <w:t xml:space="preserve">Purpose: </w:t>
      </w:r>
      <w:r>
        <w:t>To be signed by each player; parent/guardian should also sign for minors.</w:t>
      </w:r>
    </w:p>
    <w:p>
      <w:r>
        <w:t>☐ Attend training and matches on time, or notify the coach when unable to attend.</w:t>
      </w:r>
    </w:p>
    <w:p>
      <w:r>
        <w:t>☐ Respect coaches, teammates, officials, opponents, parents, and spectators.</w:t>
      </w:r>
    </w:p>
    <w:p>
      <w:r>
        <w:t>☐ Reject bullying, harassment, discrimination, violence, and abusive language.</w:t>
      </w:r>
    </w:p>
    <w:p>
      <w:r>
        <w:t>☐ Follow coaching instructions and competition rules.</w:t>
      </w:r>
    </w:p>
    <w:p>
      <w:r>
        <w:t>☐ Do not use prohibited substances or engage in match-fixing or deliberate misconduct.</w:t>
      </w:r>
    </w:p>
    <w:p>
      <w:r>
        <w:t>☐ Use club equipment and facilities responsibly.</w:t>
      </w:r>
    </w:p>
    <w:p>
      <w:r>
        <w:t>☐ Report injuries, unsafe conditions, and safeguarding concerns to an appropriate adult.</w:t>
      </w:r>
    </w:p>
    <w:p>
      <w:r>
        <w:t>☐ Represent Mercia Sports Development Football Club with honesty and sportsmanship.</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w:t>
              <w:br/>
              <w:br/>
              <w:t>____________________________</w:t>
            </w:r>
          </w:p>
        </w:tc>
        <w:tc>
          <w:tcPr>
            <w:tcW w:type="dxa" w:w="5112"/>
            <w:vAlign w:val="center"/>
          </w:tcPr>
          <w:p>
            <w:r>
              <w:rPr>
                <w:rFonts w:ascii="Arial" w:hAnsi="Arial"/>
                <w:b/>
                <w:sz w:val="17"/>
              </w:rPr>
              <w:t>Age group / team</w:t>
              <w:br/>
              <w:br/>
              <w:t>____________________________</w:t>
            </w:r>
          </w:p>
        </w:tc>
      </w:tr>
      <w:tr>
        <w:tc>
          <w:tcPr>
            <w:tcW w:type="dxa" w:w="5112"/>
            <w:vAlign w:val="center"/>
          </w:tcPr>
          <w:p>
            <w:r>
              <w:rPr>
                <w:rFonts w:ascii="Arial" w:hAnsi="Arial"/>
                <w:b/>
                <w:sz w:val="17"/>
              </w:rPr>
              <w:t>Parent/guardian name (if minor)</w:t>
              <w:br/>
              <w:br/>
              <w:t>____________________________</w:t>
            </w:r>
          </w:p>
        </w:tc>
        <w:tc>
          <w:tcPr>
            <w:tcW w:type="dxa" w:w="5112"/>
          </w:tcPr>
          <w:p/>
        </w:tc>
      </w:tr>
    </w:tbl>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minor)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Club representative</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ATTENDANCE REGISTER</w:t>
      </w:r>
    </w:p>
    <w:p>
      <w:pPr>
        <w:jc w:val="center"/>
      </w:pPr>
      <w:r>
        <w:rPr>
          <w:i/>
          <w:sz w:val="16"/>
        </w:rPr>
        <w:t>Document Ref: MSDFC-F06    |    Main base: Imo State, Nigeria    |    Affiliate: Asaba, Delta State</w:t>
      </w:r>
    </w:p>
    <w:p/>
    <w:p>
      <w:r>
        <w:rPr>
          <w:b/>
        </w:rPr>
        <w:t xml:space="preserve">Purpose: </w:t>
      </w:r>
      <w:r>
        <w:t>Use one sheet per team or training group and period.</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Team / age group</w:t>
              <w:br/>
              <w:br/>
              <w:t>____________________________</w:t>
            </w:r>
          </w:p>
        </w:tc>
        <w:tc>
          <w:tcPr>
            <w:tcW w:type="dxa" w:w="5112"/>
            <w:vAlign w:val="center"/>
          </w:tcPr>
          <w:p>
            <w:r>
              <w:rPr>
                <w:rFonts w:ascii="Arial" w:hAnsi="Arial"/>
                <w:b/>
                <w:sz w:val="17"/>
              </w:rPr>
              <w:t>Location (Imo / Asaba affiliate / other)</w:t>
              <w:br/>
              <w:br/>
              <w:t>____________________________</w:t>
            </w:r>
          </w:p>
        </w:tc>
      </w:tr>
      <w:tr>
        <w:tc>
          <w:tcPr>
            <w:tcW w:type="dxa" w:w="5112"/>
            <w:vAlign w:val="center"/>
          </w:tcPr>
          <w:p>
            <w:r>
              <w:rPr>
                <w:rFonts w:ascii="Arial" w:hAnsi="Arial"/>
                <w:b/>
                <w:sz w:val="17"/>
              </w:rPr>
              <w:t>Coach</w:t>
              <w:br/>
              <w:br/>
              <w:t>____________________________</w:t>
            </w:r>
          </w:p>
        </w:tc>
        <w:tc>
          <w:tcPr>
            <w:tcW w:type="dxa" w:w="5112"/>
            <w:vAlign w:val="center"/>
          </w:tcPr>
          <w:p>
            <w:r>
              <w:rPr>
                <w:rFonts w:ascii="Arial" w:hAnsi="Arial"/>
                <w:b/>
                <w:sz w:val="17"/>
              </w:rPr>
              <w:t>Month / period</w:t>
              <w:br/>
              <w:br/>
              <w:t>____________________________</w:t>
            </w:r>
          </w:p>
        </w:tc>
      </w:tr>
    </w:tbl>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vAlign w:val="center"/>
            <w:shd w:fill="D9EAF7"/>
          </w:tcPr>
          <w:p>
            <w:r>
              <w:rPr>
                <w:rFonts w:ascii="Arial" w:hAnsi="Arial"/>
                <w:b/>
                <w:sz w:val="17"/>
              </w:rPr>
              <w:t>No.</w:t>
            </w:r>
          </w:p>
        </w:tc>
        <w:tc>
          <w:tcPr>
            <w:tcW w:type="dxa" w:w="1704"/>
            <w:vAlign w:val="center"/>
            <w:shd w:fill="D9EAF7"/>
          </w:tcPr>
          <w:p>
            <w:r>
              <w:rPr>
                <w:rFonts w:ascii="Arial" w:hAnsi="Arial"/>
                <w:b/>
                <w:sz w:val="17"/>
              </w:rPr>
              <w:t>Player name</w:t>
            </w:r>
          </w:p>
        </w:tc>
        <w:tc>
          <w:tcPr>
            <w:tcW w:type="dxa" w:w="1704"/>
            <w:vAlign w:val="center"/>
            <w:shd w:fill="D9EAF7"/>
          </w:tcPr>
          <w:p>
            <w:r>
              <w:rPr>
                <w:rFonts w:ascii="Arial" w:hAnsi="Arial"/>
                <w:b/>
                <w:sz w:val="17"/>
              </w:rPr>
              <w:t>Date / session</w:t>
            </w:r>
          </w:p>
        </w:tc>
        <w:tc>
          <w:tcPr>
            <w:tcW w:type="dxa" w:w="1704"/>
            <w:vAlign w:val="center"/>
            <w:shd w:fill="D9EAF7"/>
          </w:tcPr>
          <w:p>
            <w:r>
              <w:rPr>
                <w:rFonts w:ascii="Arial" w:hAnsi="Arial"/>
                <w:b/>
                <w:sz w:val="17"/>
              </w:rPr>
              <w:t>Present / absent / late</w:t>
            </w:r>
          </w:p>
        </w:tc>
        <w:tc>
          <w:tcPr>
            <w:tcW w:type="dxa" w:w="1704"/>
            <w:vAlign w:val="center"/>
            <w:shd w:fill="D9EAF7"/>
          </w:tcPr>
          <w:p>
            <w:r>
              <w:rPr>
                <w:rFonts w:ascii="Arial" w:hAnsi="Arial"/>
                <w:b/>
                <w:sz w:val="17"/>
              </w:rPr>
              <w:t>Reason / notes</w:t>
            </w:r>
          </w:p>
        </w:tc>
        <w:tc>
          <w:tcPr>
            <w:tcW w:type="dxa" w:w="1704"/>
            <w:vAlign w:val="center"/>
            <w:shd w:fill="D9EAF7"/>
          </w:tcPr>
          <w:p>
            <w:r>
              <w:rPr>
                <w:rFonts w:ascii="Arial" w:hAnsi="Arial"/>
                <w:b/>
                <w:sz w:val="17"/>
              </w:rPr>
              <w:t>Coach initials</w:t>
            </w:r>
          </w:p>
        </w:tc>
      </w:tr>
      <w:tr>
        <w:tc>
          <w:tcPr>
            <w:tcW w:type="dxa" w:w="1704"/>
            <w:vAlign w:val="center"/>
          </w:tcPr>
          <w:p>
            <w:r>
              <w:rPr>
                <w:rFonts w:ascii="Arial" w:hAnsi="Arial"/>
                <w:b w:val="0"/>
                <w:sz w:val="17"/>
              </w:rPr>
              <w:t>1</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2</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3</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4</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5</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6</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7</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8</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9</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10</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11</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t>12</w:t>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bl>
    <w:p>
      <w:r>
        <w:t>Summary: Sessions held ______  Average attendance ______  Follow-up required 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Coach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Academy manager review</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ASSESSMENT &amp; DEVELOPMENT FORM</w:t>
      </w:r>
    </w:p>
    <w:p>
      <w:pPr>
        <w:jc w:val="center"/>
      </w:pPr>
      <w:r>
        <w:rPr>
          <w:i/>
          <w:sz w:val="16"/>
        </w:rPr>
        <w:t>Document Ref: MSDFC-F07    |    Main base: Imo State, Nigeria    |    Affiliate: Asaba, Delta State</w:t>
      </w:r>
    </w:p>
    <w:p/>
    <w:p>
      <w:r>
        <w:rPr>
          <w:b/>
        </w:rPr>
        <w:t xml:space="preserve">Purpose: </w:t>
      </w:r>
      <w:r>
        <w:t>Use as a development tool, not as a guarantee of selection or professional placement.</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 / registration no.</w:t>
              <w:br/>
              <w:br/>
              <w:t>____________________________</w:t>
            </w:r>
          </w:p>
        </w:tc>
        <w:tc>
          <w:tcPr>
            <w:tcW w:type="dxa" w:w="5112"/>
            <w:vAlign w:val="center"/>
          </w:tcPr>
          <w:p>
            <w:r>
              <w:rPr>
                <w:rFonts w:ascii="Arial" w:hAnsi="Arial"/>
                <w:b/>
                <w:sz w:val="17"/>
              </w:rPr>
              <w:t>Age group / team</w:t>
              <w:br/>
              <w:br/>
              <w:t>____________________________</w:t>
            </w:r>
          </w:p>
        </w:tc>
      </w:tr>
      <w:tr>
        <w:tc>
          <w:tcPr>
            <w:tcW w:type="dxa" w:w="5112"/>
            <w:vAlign w:val="center"/>
          </w:tcPr>
          <w:p>
            <w:r>
              <w:rPr>
                <w:rFonts w:ascii="Arial" w:hAnsi="Arial"/>
                <w:b/>
                <w:sz w:val="17"/>
              </w:rPr>
              <w:t>Assessment date</w:t>
              <w:br/>
              <w:br/>
              <w:t>____________________________</w:t>
            </w:r>
          </w:p>
        </w:tc>
        <w:tc>
          <w:tcPr>
            <w:tcW w:type="dxa" w:w="5112"/>
            <w:vAlign w:val="center"/>
          </w:tcPr>
          <w:p>
            <w:r>
              <w:rPr>
                <w:rFonts w:ascii="Arial" w:hAnsi="Arial"/>
                <w:b/>
                <w:sz w:val="17"/>
              </w:rPr>
              <w:t>Assessor / coach</w:t>
              <w:br/>
              <w:br/>
              <w:t>____________________________</w:t>
            </w:r>
          </w:p>
        </w:tc>
      </w:tr>
      <w:tr>
        <w:tc>
          <w:tcPr>
            <w:tcW w:type="dxa" w:w="5112"/>
            <w:vAlign w:val="center"/>
          </w:tcPr>
          <w:p>
            <w:r>
              <w:rPr>
                <w:rFonts w:ascii="Arial" w:hAnsi="Arial"/>
                <w:b/>
                <w:sz w:val="17"/>
              </w:rPr>
              <w:t>Review period</w:t>
              <w:br/>
              <w:br/>
              <w:t>____________________________</w:t>
            </w:r>
          </w:p>
        </w:tc>
        <w:tc>
          <w:tcPr>
            <w:tcW w:type="dxa" w:w="5112"/>
          </w:tcP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vAlign w:val="center"/>
            <w:shd w:fill="D9EAF7"/>
          </w:tcPr>
          <w:p>
            <w:r>
              <w:rPr>
                <w:rFonts w:ascii="Arial" w:hAnsi="Arial"/>
                <w:b/>
                <w:sz w:val="17"/>
              </w:rPr>
              <w:t>Assessment area</w:t>
            </w:r>
          </w:p>
        </w:tc>
        <w:tc>
          <w:tcPr>
            <w:tcW w:type="dxa" w:w="2556"/>
            <w:vAlign w:val="center"/>
            <w:shd w:fill="D9EAF7"/>
          </w:tcPr>
          <w:p>
            <w:r>
              <w:rPr>
                <w:rFonts w:ascii="Arial" w:hAnsi="Arial"/>
                <w:b/>
                <w:sz w:val="17"/>
              </w:rPr>
              <w:t>Rating (1–5)</w:t>
            </w:r>
          </w:p>
        </w:tc>
        <w:tc>
          <w:tcPr>
            <w:tcW w:type="dxa" w:w="2556"/>
            <w:vAlign w:val="center"/>
            <w:shd w:fill="D9EAF7"/>
          </w:tcPr>
          <w:p>
            <w:r>
              <w:rPr>
                <w:rFonts w:ascii="Arial" w:hAnsi="Arial"/>
                <w:b/>
                <w:sz w:val="17"/>
              </w:rPr>
              <w:t>Evidence / observations</w:t>
            </w:r>
          </w:p>
        </w:tc>
        <w:tc>
          <w:tcPr>
            <w:tcW w:type="dxa" w:w="2556"/>
            <w:vAlign w:val="center"/>
            <w:shd w:fill="D9EAF7"/>
          </w:tcPr>
          <w:p>
            <w:r>
              <w:rPr>
                <w:rFonts w:ascii="Arial" w:hAnsi="Arial"/>
                <w:b/>
                <w:sz w:val="17"/>
              </w:rPr>
              <w:t>Development action</w:t>
            </w:r>
          </w:p>
        </w:tc>
      </w:tr>
      <w:tr>
        <w:tc>
          <w:tcPr>
            <w:tcW w:type="dxa" w:w="2556"/>
            <w:vAlign w:val="center"/>
          </w:tcPr>
          <w:p>
            <w:r>
              <w:rPr>
                <w:rFonts w:ascii="Arial" w:hAnsi="Arial"/>
                <w:b w:val="0"/>
                <w:sz w:val="17"/>
              </w:rPr>
              <w:t>Ball control</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Passing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First touch</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Shooting / finishing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Defending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Tactical awareness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Speed / agility</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Stamina</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Strength / coordination</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Communication</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Teamwork</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Discipline / attitude</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bl>
    <w:p>
      <w:r>
        <w:t>Rating guide: 1 = needs significant support; 2 = developing; 3 = competent for current stage; 4 = strong; 5 = outstanding for current stage.</w:t>
      </w:r>
    </w:p>
    <w:p>
      <w:pPr>
        <w:spacing w:after="100"/>
      </w:pPr>
      <w:r>
        <w:rPr>
          <w:b/>
        </w:rPr>
        <w:t xml:space="preserve">Key strengths  </w:t>
      </w:r>
      <w:r>
        <w:t>________________________________________________________________</w:t>
      </w:r>
    </w:p>
    <w:p>
      <w:pPr>
        <w:spacing w:after="100"/>
      </w:pPr>
      <w:r>
        <w:rPr>
          <w:b/>
        </w:rPr>
        <w:t xml:space="preserve">Priority areas for improvement  </w:t>
      </w:r>
      <w:r>
        <w:t>________________________________________________________________</w:t>
      </w:r>
    </w:p>
    <w:p>
      <w:pPr>
        <w:spacing w:after="100"/>
      </w:pPr>
      <w:r>
        <w:rPr>
          <w:b/>
        </w:rPr>
        <w:t xml:space="preserve">Agreed training goals  </w:t>
      </w:r>
      <w:r>
        <w:t>________________________________________________________________</w:t>
      </w:r>
    </w:p>
    <w:p>
      <w:pPr>
        <w:spacing w:after="100"/>
      </w:pPr>
      <w:r>
        <w:rPr>
          <w:b/>
        </w:rPr>
        <w:t xml:space="preserve">Review date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Coach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Player acknowledgement</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acknowledgement if minor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PROGRESS REPORT</w:t>
      </w:r>
    </w:p>
    <w:p>
      <w:pPr>
        <w:jc w:val="center"/>
      </w:pPr>
      <w:r>
        <w:rPr>
          <w:i/>
          <w:sz w:val="16"/>
        </w:rPr>
        <w:t>Document Ref: MSDFC-F08    |    Main base: Imo State, Nigeria    |    Affiliate: Asaba, Delta State</w:t>
      </w:r>
    </w:p>
    <w:p/>
    <w:p>
      <w:r>
        <w:rPr>
          <w:b/>
        </w:rPr>
        <w:t xml:space="preserve">Purpose: </w:t>
      </w:r>
      <w:r>
        <w:t>For periodic feedback to players and, where appropriate, parents/guardians.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 / registration no.</w:t>
              <w:br/>
              <w:br/>
              <w:t>____________________________</w:t>
            </w:r>
          </w:p>
        </w:tc>
        <w:tc>
          <w:tcPr>
            <w:tcW w:type="dxa" w:w="5112"/>
            <w:vAlign w:val="center"/>
          </w:tcPr>
          <w:p>
            <w:r>
              <w:rPr>
                <w:rFonts w:ascii="Arial" w:hAnsi="Arial"/>
                <w:b/>
                <w:sz w:val="17"/>
              </w:rPr>
              <w:t>Age group / team</w:t>
              <w:br/>
              <w:br/>
              <w:t>____________________________</w:t>
            </w:r>
          </w:p>
        </w:tc>
      </w:tr>
      <w:tr>
        <w:tc>
          <w:tcPr>
            <w:tcW w:type="dxa" w:w="5112"/>
            <w:vAlign w:val="center"/>
          </w:tcPr>
          <w:p>
            <w:r>
              <w:rPr>
                <w:rFonts w:ascii="Arial" w:hAnsi="Arial"/>
                <w:b/>
                <w:sz w:val="17"/>
              </w:rPr>
              <w:t>Reporting period</w:t>
              <w:br/>
              <w:br/>
              <w:t>____________________________</w:t>
            </w:r>
          </w:p>
        </w:tc>
        <w:tc>
          <w:tcPr>
            <w:tcW w:type="dxa" w:w="5112"/>
            <w:vAlign w:val="center"/>
          </w:tcPr>
          <w:p>
            <w:r>
              <w:rPr>
                <w:rFonts w:ascii="Arial" w:hAnsi="Arial"/>
                <w:b/>
                <w:sz w:val="17"/>
              </w:rPr>
              <w:t>Coach</w:t>
              <w:br/>
              <w:br/>
              <w:t>____________________________</w:t>
            </w:r>
          </w:p>
        </w:tc>
      </w:tr>
    </w:tbl>
    <w:p/>
    <w:p>
      <w:pPr>
        <w:spacing w:after="100"/>
      </w:pPr>
      <w:r>
        <w:rPr>
          <w:b/>
        </w:rPr>
        <w:t xml:space="preserve">Attendance and commitment  </w:t>
      </w:r>
      <w:r>
        <w:t>________________________________________________________________</w:t>
      </w:r>
    </w:p>
    <w:p>
      <w:pPr>
        <w:spacing w:after="100"/>
      </w:pPr>
      <w:r>
        <w:rPr>
          <w:b/>
        </w:rPr>
        <w:t xml:space="preserve">Technical progress  </w:t>
      </w:r>
      <w:r>
        <w:t>________________________________________________________________</w:t>
      </w:r>
    </w:p>
    <w:p>
      <w:pPr>
        <w:spacing w:after="100"/>
      </w:pPr>
      <w:r>
        <w:rPr>
          <w:b/>
        </w:rPr>
        <w:t xml:space="preserve">Tactical understanding  </w:t>
      </w:r>
      <w:r>
        <w:t>________________________________________________________________</w:t>
      </w:r>
    </w:p>
    <w:p>
      <w:pPr>
        <w:spacing w:after="100"/>
      </w:pPr>
      <w:r>
        <w:rPr>
          <w:b/>
        </w:rPr>
        <w:t xml:space="preserve">Physical development  </w:t>
      </w:r>
      <w:r>
        <w:t>________________________________________________________________</w:t>
      </w:r>
    </w:p>
    <w:p>
      <w:pPr>
        <w:spacing w:after="100"/>
      </w:pPr>
      <w:r>
        <w:rPr>
          <w:b/>
        </w:rPr>
        <w:t xml:space="preserve">Teamwork and behaviour  </w:t>
      </w:r>
      <w:r>
        <w:t>________________________________________________________________</w:t>
      </w:r>
    </w:p>
    <w:p>
      <w:pPr>
        <w:spacing w:after="100"/>
      </w:pPr>
      <w:r>
        <w:rPr>
          <w:b/>
        </w:rPr>
        <w:t xml:space="preserve">Achievements / highlights  </w:t>
      </w:r>
      <w:r>
        <w:t>________________________________________________________________</w:t>
      </w:r>
    </w:p>
    <w:p>
      <w:pPr>
        <w:spacing w:after="100"/>
      </w:pPr>
      <w:r>
        <w:rPr>
          <w:b/>
        </w:rPr>
        <w:t xml:space="preserve">Areas needing support  </w:t>
      </w:r>
      <w:r>
        <w:t>________________________________________________________________</w:t>
      </w:r>
    </w:p>
    <w:p>
      <w:pPr>
        <w:spacing w:after="100"/>
      </w:pPr>
      <w:r>
        <w:rPr>
          <w:b/>
        </w:rPr>
        <w:t xml:space="preserve">Goals for next period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Coach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Player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minor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TRIAL &amp; TALENT IDENTIFICATION FORM</w:t>
      </w:r>
    </w:p>
    <w:p>
      <w:pPr>
        <w:jc w:val="center"/>
      </w:pPr>
      <w:r>
        <w:rPr>
          <w:i/>
          <w:sz w:val="16"/>
        </w:rPr>
        <w:t>Document Ref: MSDFC-F09    |    Main base: Imo State, Nigeria    |    Affiliate: Asaba, Delta State</w:t>
      </w:r>
    </w:p>
    <w:p/>
    <w:p>
      <w:r>
        <w:rPr>
          <w:b/>
        </w:rPr>
        <w:t xml:space="preserve">Purpose: </w:t>
      </w:r>
      <w:r>
        <w:t>For academy trials, open scouting events, and player identification.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Trial event / date / location</w:t>
              <w:br/>
              <w:br/>
              <w:t>____________________________</w:t>
            </w:r>
          </w:p>
        </w:tc>
        <w:tc>
          <w:tcPr>
            <w:tcW w:type="dxa" w:w="5112"/>
            <w:vAlign w:val="center"/>
          </w:tcPr>
          <w:p>
            <w:r>
              <w:rPr>
                <w:rFonts w:ascii="Arial" w:hAnsi="Arial"/>
                <w:b/>
                <w:sz w:val="17"/>
              </w:rPr>
              <w:t>Player full name</w:t>
              <w:br/>
              <w:br/>
              <w:t>____________________________</w:t>
            </w:r>
          </w:p>
        </w:tc>
      </w:tr>
      <w:tr>
        <w:tc>
          <w:tcPr>
            <w:tcW w:type="dxa" w:w="5112"/>
            <w:vAlign w:val="center"/>
          </w:tcPr>
          <w:p>
            <w:r>
              <w:rPr>
                <w:rFonts w:ascii="Arial" w:hAnsi="Arial"/>
                <w:b/>
                <w:sz w:val="17"/>
              </w:rPr>
              <w:t>Date of birth / age group</w:t>
              <w:br/>
              <w:br/>
              <w:t>____________________________</w:t>
            </w:r>
          </w:p>
        </w:tc>
        <w:tc>
          <w:tcPr>
            <w:tcW w:type="dxa" w:w="5112"/>
            <w:vAlign w:val="center"/>
          </w:tcPr>
          <w:p>
            <w:r>
              <w:rPr>
                <w:rFonts w:ascii="Arial" w:hAnsi="Arial"/>
                <w:b/>
                <w:sz w:val="17"/>
              </w:rPr>
              <w:t>Parent/guardian contact if minor</w:t>
              <w:br/>
              <w:br/>
              <w:t>____________________________</w:t>
            </w:r>
          </w:p>
        </w:tc>
      </w:tr>
      <w:tr>
        <w:tc>
          <w:tcPr>
            <w:tcW w:type="dxa" w:w="5112"/>
            <w:vAlign w:val="center"/>
          </w:tcPr>
          <w:p>
            <w:r>
              <w:rPr>
                <w:rFonts w:ascii="Arial" w:hAnsi="Arial"/>
                <w:b/>
                <w:sz w:val="17"/>
              </w:rPr>
              <w:t>Current club / school (if applicable)</w:t>
              <w:br/>
              <w:br/>
              <w:t>____________________________</w:t>
            </w:r>
          </w:p>
        </w:tc>
        <w:tc>
          <w:tcPr>
            <w:tcW w:type="dxa" w:w="5112"/>
            <w:vAlign w:val="center"/>
          </w:tcPr>
          <w:p>
            <w:r>
              <w:rPr>
                <w:rFonts w:ascii="Arial" w:hAnsi="Arial"/>
                <w:b/>
                <w:sz w:val="17"/>
              </w:rPr>
              <w:t>Position(s)</w:t>
              <w:br/>
              <w:br/>
              <w:t>____________________________</w:t>
            </w:r>
          </w:p>
        </w:tc>
      </w:tr>
      <w:tr>
        <w:tc>
          <w:tcPr>
            <w:tcW w:type="dxa" w:w="5112"/>
            <w:vAlign w:val="center"/>
          </w:tcPr>
          <w:p>
            <w:r>
              <w:rPr>
                <w:rFonts w:ascii="Arial" w:hAnsi="Arial"/>
                <w:b/>
                <w:sz w:val="17"/>
              </w:rPr>
              <w:t>Scout / assessor</w:t>
              <w:br/>
              <w:br/>
              <w:t>____________________________</w:t>
            </w:r>
          </w:p>
        </w:tc>
        <w:tc>
          <w:tcPr>
            <w:tcW w:type="dxa" w:w="5112"/>
          </w:tcP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vAlign w:val="center"/>
            <w:shd w:fill="D9EAF7"/>
          </w:tcPr>
          <w:p>
            <w:r>
              <w:rPr>
                <w:rFonts w:ascii="Arial" w:hAnsi="Arial"/>
                <w:b/>
                <w:sz w:val="17"/>
              </w:rPr>
              <w:t>Skill / quality</w:t>
            </w:r>
          </w:p>
        </w:tc>
        <w:tc>
          <w:tcPr>
            <w:tcW w:type="dxa" w:w="2556"/>
            <w:vAlign w:val="center"/>
            <w:shd w:fill="D9EAF7"/>
          </w:tcPr>
          <w:p>
            <w:r>
              <w:rPr>
                <w:rFonts w:ascii="Arial" w:hAnsi="Arial"/>
                <w:b/>
                <w:sz w:val="17"/>
              </w:rPr>
              <w:t>Rating (1–5)</w:t>
            </w:r>
          </w:p>
        </w:tc>
        <w:tc>
          <w:tcPr>
            <w:tcW w:type="dxa" w:w="2556"/>
            <w:vAlign w:val="center"/>
            <w:shd w:fill="D9EAF7"/>
          </w:tcPr>
          <w:p>
            <w:r>
              <w:rPr>
                <w:rFonts w:ascii="Arial" w:hAnsi="Arial"/>
                <w:b/>
                <w:sz w:val="17"/>
              </w:rPr>
              <w:t>Observation</w:t>
            </w:r>
          </w:p>
        </w:tc>
        <w:tc>
          <w:tcPr>
            <w:tcW w:type="dxa" w:w="2556"/>
            <w:vAlign w:val="center"/>
            <w:shd w:fill="D9EAF7"/>
          </w:tcPr>
          <w:p>
            <w:r>
              <w:rPr>
                <w:rFonts w:ascii="Arial" w:hAnsi="Arial"/>
                <w:b/>
                <w:sz w:val="17"/>
              </w:rPr>
              <w:t>Follow-up</w:t>
            </w:r>
          </w:p>
        </w:tc>
      </w:tr>
      <w:tr>
        <w:tc>
          <w:tcPr>
            <w:tcW w:type="dxa" w:w="2556"/>
            <w:vAlign w:val="center"/>
          </w:tcPr>
          <w:p>
            <w:r>
              <w:rPr>
                <w:rFonts w:ascii="Arial" w:hAnsi="Arial"/>
                <w:b w:val="0"/>
                <w:sz w:val="17"/>
              </w:rPr>
              <w:t>Technical skill</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Game understanding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Athletic qualities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Decision-making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Attitude / coachability</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Team play</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bl>
    <w:p>
      <w:pPr>
        <w:spacing w:after="100"/>
      </w:pPr>
      <w:r>
        <w:rPr>
          <w:b/>
        </w:rPr>
        <w:t xml:space="preserve">Recommendation (invite back / trial / monitor / no further action)  </w:t>
      </w:r>
      <w:r>
        <w:t>________________________________________________________________</w:t>
      </w:r>
    </w:p>
    <w:p>
      <w:pPr>
        <w:spacing w:after="100"/>
      </w:pPr>
      <w:r>
        <w:rPr>
          <w:b/>
        </w:rPr>
        <w:t xml:space="preserve">Reasoning and development notes  </w:t>
      </w:r>
      <w:r>
        <w:t>________________________________________________________________</w:t>
      </w:r>
    </w:p>
    <w:p>
      <w:pPr>
        <w:spacing w:after="100"/>
      </w:pPr>
      <w:r>
        <w:rPr>
          <w:b/>
        </w:rPr>
        <w:t xml:space="preserve">Next contact date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Assessor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Academy manager decision</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RELEASE / TRANSFER CHECKLIST</w:t>
      </w:r>
    </w:p>
    <w:p>
      <w:pPr>
        <w:jc w:val="center"/>
      </w:pPr>
      <w:r>
        <w:rPr>
          <w:i/>
          <w:sz w:val="16"/>
        </w:rPr>
        <w:t>Document Ref: MSDFC-F10    |    Main base: Imo State, Nigeria    |    Affiliate: Asaba, Delta State</w:t>
      </w:r>
    </w:p>
    <w:p/>
    <w:p>
      <w:r>
        <w:rPr>
          <w:b/>
        </w:rPr>
        <w:t xml:space="preserve">Purpose: </w:t>
      </w:r>
      <w:r>
        <w:t>Use alongside the rules and procedures of the relevant football association or competition.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 / registration no.</w:t>
              <w:br/>
              <w:br/>
              <w:t>____________________________</w:t>
            </w:r>
          </w:p>
        </w:tc>
        <w:tc>
          <w:tcPr>
            <w:tcW w:type="dxa" w:w="5112"/>
            <w:vAlign w:val="center"/>
          </w:tcPr>
          <w:p>
            <w:r>
              <w:rPr>
                <w:rFonts w:ascii="Arial" w:hAnsi="Arial"/>
                <w:b/>
                <w:sz w:val="17"/>
              </w:rPr>
              <w:t>Date of birth / age group</w:t>
              <w:br/>
              <w:br/>
              <w:t>____________________________</w:t>
            </w:r>
          </w:p>
        </w:tc>
      </w:tr>
      <w:tr>
        <w:tc>
          <w:tcPr>
            <w:tcW w:type="dxa" w:w="5112"/>
            <w:vAlign w:val="center"/>
          </w:tcPr>
          <w:p>
            <w:r>
              <w:rPr>
                <w:rFonts w:ascii="Arial" w:hAnsi="Arial"/>
                <w:b/>
                <w:sz w:val="17"/>
              </w:rPr>
              <w:t>Request date</w:t>
              <w:br/>
              <w:br/>
              <w:t>____________________________</w:t>
            </w:r>
          </w:p>
        </w:tc>
        <w:tc>
          <w:tcPr>
            <w:tcW w:type="dxa" w:w="5112"/>
            <w:vAlign w:val="center"/>
          </w:tcPr>
          <w:p>
            <w:r>
              <w:rPr>
                <w:rFonts w:ascii="Arial" w:hAnsi="Arial"/>
                <w:b/>
                <w:sz w:val="17"/>
              </w:rPr>
              <w:t>Request made by</w:t>
              <w:br/>
              <w:br/>
              <w:t>____________________________</w:t>
            </w:r>
          </w:p>
        </w:tc>
      </w:tr>
      <w:tr>
        <w:tc>
          <w:tcPr>
            <w:tcW w:type="dxa" w:w="5112"/>
            <w:vAlign w:val="center"/>
          </w:tcPr>
          <w:p>
            <w:r>
              <w:rPr>
                <w:rFonts w:ascii="Arial" w:hAnsi="Arial"/>
                <w:b/>
                <w:sz w:val="17"/>
              </w:rPr>
              <w:t>Current team / affiliate</w:t>
              <w:br/>
              <w:br/>
              <w:t>____________________________</w:t>
            </w:r>
          </w:p>
        </w:tc>
        <w:tc>
          <w:tcPr>
            <w:tcW w:type="dxa" w:w="5112"/>
            <w:vAlign w:val="center"/>
          </w:tcPr>
          <w:p>
            <w:r>
              <w:rPr>
                <w:rFonts w:ascii="Arial" w:hAnsi="Arial"/>
                <w:b/>
                <w:sz w:val="17"/>
              </w:rPr>
              <w:t>Destination club (if known)</w:t>
              <w:br/>
              <w:br/>
              <w:t>____________________________</w:t>
            </w:r>
          </w:p>
        </w:tc>
      </w:tr>
      <w:tr>
        <w:tc>
          <w:tcPr>
            <w:tcW w:type="dxa" w:w="5112"/>
            <w:vAlign w:val="center"/>
          </w:tcPr>
          <w:p>
            <w:r>
              <w:rPr>
                <w:rFonts w:ascii="Arial" w:hAnsi="Arial"/>
                <w:b/>
                <w:sz w:val="17"/>
              </w:rPr>
              <w:t>Reason / type of request</w:t>
              <w:br/>
              <w:br/>
              <w:t>____________________________</w:t>
            </w:r>
          </w:p>
        </w:tc>
        <w:tc>
          <w:tcPr>
            <w:tcW w:type="dxa" w:w="5112"/>
          </w:tcPr>
          <w:p/>
        </w:tc>
      </w:tr>
    </w:tbl>
    <w:p/>
    <w:p>
      <w:r>
        <w:t>☐ Player and parent/guardian (if minor) have been informed of the process.</w:t>
      </w:r>
    </w:p>
    <w:p>
      <w:r>
        <w:t>☐ Applicable registration and transfer rules have been checked.</w:t>
      </w:r>
    </w:p>
    <w:p>
      <w:r>
        <w:t>☐ Outstanding club property has been returned or recorded.</w:t>
      </w:r>
    </w:p>
    <w:p>
      <w:r>
        <w:t>☐ Any fees or obligations are handled under written club policy and applicable rules.</w:t>
      </w:r>
    </w:p>
    <w:p>
      <w:r>
        <w:t>☐ Required association forms and approvals have been identified.</w:t>
      </w:r>
    </w:p>
    <w:p>
      <w:r>
        <w:t>☐ Copies of relevant correspondence are filed.</w:t>
      </w:r>
    </w:p>
    <w:p>
      <w:pPr>
        <w:spacing w:after="100"/>
      </w:pPr>
      <w:r>
        <w:rPr>
          <w:b/>
        </w:rPr>
        <w:t xml:space="preserve">Decision / status  </w:t>
      </w:r>
      <w:r>
        <w:t>________________________________________________________________</w:t>
      </w:r>
    </w:p>
    <w:p>
      <w:pPr>
        <w:spacing w:after="100"/>
      </w:pPr>
      <w:r>
        <w:rPr>
          <w:b/>
        </w:rPr>
        <w:t xml:space="preserve">Documents outstanding  </w:t>
      </w:r>
      <w:r>
        <w:t>________________________________________________________________</w:t>
      </w:r>
    </w:p>
    <w:p>
      <w:pPr>
        <w:spacing w:after="100"/>
      </w:pPr>
      <w:r>
        <w:rPr>
          <w:b/>
        </w:rPr>
        <w:t xml:space="preserve">Date completed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Authorised club officer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Player / guardian acknowledgement</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COACH &amp; TECHNICAL STAFF REGISTRATION FORM</w:t>
      </w:r>
    </w:p>
    <w:p>
      <w:pPr>
        <w:jc w:val="center"/>
      </w:pPr>
      <w:r>
        <w:rPr>
          <w:i/>
          <w:sz w:val="16"/>
        </w:rPr>
        <w:t>Document Ref: MSDFC-F11    |    Main base: Imo State, Nigeria    |    Affiliate: Asaba, Delta State</w:t>
      </w:r>
    </w:p>
    <w:p/>
    <w:p>
      <w:r>
        <w:rPr>
          <w:b/>
        </w:rPr>
        <w:t xml:space="preserve">Purpose: </w:t>
      </w:r>
      <w:r>
        <w:t>For coaches, team managers, trainers, scouts, and technical personnel.</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Full name</w:t>
              <w:br/>
              <w:br/>
              <w:t>____________________________</w:t>
            </w:r>
          </w:p>
        </w:tc>
        <w:tc>
          <w:tcPr>
            <w:tcW w:type="dxa" w:w="5112"/>
            <w:vAlign w:val="center"/>
          </w:tcPr>
          <w:p>
            <w:r>
              <w:rPr>
                <w:rFonts w:ascii="Arial" w:hAnsi="Arial"/>
                <w:b/>
                <w:sz w:val="17"/>
              </w:rPr>
              <w:t>Role applied for</w:t>
              <w:br/>
              <w:br/>
              <w:t>____________________________</w:t>
            </w:r>
          </w:p>
        </w:tc>
      </w:tr>
      <w:tr>
        <w:tc>
          <w:tcPr>
            <w:tcW w:type="dxa" w:w="5112"/>
            <w:vAlign w:val="center"/>
          </w:tcPr>
          <w:p>
            <w:r>
              <w:rPr>
                <w:rFonts w:ascii="Arial" w:hAnsi="Arial"/>
                <w:b/>
                <w:sz w:val="17"/>
              </w:rPr>
              <w:t>Telephone / email</w:t>
              <w:br/>
              <w:br/>
              <w:t>____________________________</w:t>
            </w:r>
          </w:p>
        </w:tc>
        <w:tc>
          <w:tcPr>
            <w:tcW w:type="dxa" w:w="5112"/>
            <w:vAlign w:val="center"/>
          </w:tcPr>
          <w:p>
            <w:r>
              <w:rPr>
                <w:rFonts w:ascii="Arial" w:hAnsi="Arial"/>
                <w:b/>
                <w:sz w:val="17"/>
              </w:rPr>
              <w:t>Address</w:t>
              <w:br/>
              <w:br/>
              <w:t>____________________________</w:t>
            </w:r>
          </w:p>
        </w:tc>
      </w:tr>
      <w:tr>
        <w:tc>
          <w:tcPr>
            <w:tcW w:type="dxa" w:w="5112"/>
            <w:vAlign w:val="center"/>
          </w:tcPr>
          <w:p>
            <w:r>
              <w:rPr>
                <w:rFonts w:ascii="Arial" w:hAnsi="Arial"/>
                <w:b/>
                <w:sz w:val="17"/>
              </w:rPr>
              <w:t>Relevant qualifications / certificates</w:t>
              <w:br/>
              <w:br/>
              <w:t>____________________________</w:t>
            </w:r>
          </w:p>
        </w:tc>
        <w:tc>
          <w:tcPr>
            <w:tcW w:type="dxa" w:w="5112"/>
            <w:vAlign w:val="center"/>
          </w:tcPr>
          <w:p>
            <w:r>
              <w:rPr>
                <w:rFonts w:ascii="Arial" w:hAnsi="Arial"/>
                <w:b/>
                <w:sz w:val="17"/>
              </w:rPr>
              <w:t>Coaching or sports experience</w:t>
              <w:br/>
              <w:br/>
              <w:t>____________________________</w:t>
            </w:r>
          </w:p>
        </w:tc>
      </w:tr>
      <w:tr>
        <w:tc>
          <w:tcPr>
            <w:tcW w:type="dxa" w:w="5112"/>
            <w:vAlign w:val="center"/>
          </w:tcPr>
          <w:p>
            <w:r>
              <w:rPr>
                <w:rFonts w:ascii="Arial" w:hAnsi="Arial"/>
                <w:b/>
                <w:sz w:val="17"/>
              </w:rPr>
              <w:t>Previous clubs / organisations</w:t>
              <w:br/>
              <w:br/>
              <w:t>____________________________</w:t>
            </w:r>
          </w:p>
        </w:tc>
        <w:tc>
          <w:tcPr>
            <w:tcW w:type="dxa" w:w="5112"/>
            <w:vAlign w:val="center"/>
          </w:tcPr>
          <w:p>
            <w:r>
              <w:rPr>
                <w:rFonts w:ascii="Arial" w:hAnsi="Arial"/>
                <w:b/>
                <w:sz w:val="17"/>
              </w:rPr>
              <w:t>References and contact details</w:t>
              <w:br/>
              <w:br/>
              <w:t>____________________________</w:t>
            </w:r>
          </w:p>
        </w:tc>
      </w:tr>
      <w:tr>
        <w:tc>
          <w:tcPr>
            <w:tcW w:type="dxa" w:w="5112"/>
            <w:vAlign w:val="center"/>
          </w:tcPr>
          <w:p>
            <w:r>
              <w:rPr>
                <w:rFonts w:ascii="Arial" w:hAnsi="Arial"/>
                <w:b/>
                <w:sz w:val="17"/>
              </w:rPr>
              <w:t>Preferred location (Imo / Asaba affiliate / other)</w:t>
              <w:br/>
              <w:br/>
              <w:t>____________________________</w:t>
            </w:r>
          </w:p>
        </w:tc>
        <w:tc>
          <w:tcPr>
            <w:tcW w:type="dxa" w:w="5112"/>
            <w:vAlign w:val="center"/>
          </w:tcPr>
          <w:p>
            <w:r>
              <w:rPr>
                <w:rFonts w:ascii="Arial" w:hAnsi="Arial"/>
                <w:b/>
                <w:sz w:val="17"/>
              </w:rPr>
              <w:t>Availability</w:t>
              <w:br/>
              <w:br/>
              <w:t>____________________________</w:t>
            </w:r>
          </w:p>
        </w:tc>
      </w:tr>
    </w:tbl>
    <w:p/>
    <w:p>
      <w:r>
        <w:t>☐ Identity and qualifications checked, where appropriate</w:t>
      </w:r>
    </w:p>
    <w:p>
      <w:r>
        <w:t>☐ References checked, where appropriate</w:t>
      </w:r>
    </w:p>
    <w:p>
      <w:r>
        <w:t>☐ Safeguarding requirements completed for role</w:t>
      </w:r>
    </w:p>
    <w:p>
      <w:r>
        <w:t>☐ Code of conduct received</w:t>
      </w:r>
    </w:p>
    <w:p>
      <w:r>
        <w:t>☐ Emergency contact recorded</w:t>
      </w:r>
    </w:p>
    <w:p>
      <w:pPr>
        <w:spacing w:after="100"/>
      </w:pPr>
      <w:r>
        <w:rPr>
          <w:b/>
        </w:rPr>
        <w:t xml:space="preserve">Interview / assessment notes  </w:t>
      </w:r>
      <w:r>
        <w:t>________________________________________________________________</w:t>
      </w:r>
    </w:p>
    <w:p>
      <w:pPr>
        <w:spacing w:after="100"/>
      </w:pPr>
      <w:r>
        <w:rPr>
          <w:b/>
        </w:rPr>
        <w:t xml:space="preserve">Appointment decision  </w:t>
      </w:r>
      <w:r>
        <w:t>________________________________________________________________</w:t>
      </w:r>
    </w:p>
    <w:p>
      <w:pPr>
        <w:spacing w:after="100"/>
      </w:pPr>
      <w:r>
        <w:rPr>
          <w:b/>
        </w:rPr>
        <w:t xml:space="preserve">Start date  </w:t>
      </w:r>
      <w:r>
        <w:t>________________________________________________________________</w:t>
      </w:r>
    </w:p>
    <w:p>
      <w:pPr>
        <w:spacing w:after="100"/>
      </w:pPr>
      <w:r>
        <w:rPr>
          <w:b/>
        </w:rPr>
        <w:t xml:space="preserve">Reporting officer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Applicant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Authorised club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TRAINING SESSION PLAN &amp; REPORT</w:t>
      </w:r>
    </w:p>
    <w:p>
      <w:pPr>
        <w:jc w:val="center"/>
      </w:pPr>
      <w:r>
        <w:rPr>
          <w:i/>
          <w:sz w:val="16"/>
        </w:rPr>
        <w:t>Document Ref: MSDFC-F12    |    Main base: Imo State, Nigeria    |    Affiliate: Asaba, Delta State</w:t>
      </w:r>
    </w:p>
    <w:p/>
    <w:p>
      <w:r>
        <w:rPr>
          <w:b/>
        </w:rPr>
        <w:t xml:space="preserve">Purpose: </w:t>
      </w:r>
      <w:r>
        <w:t>Complete before the session and add the report after training.</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Date / time</w:t>
              <w:br/>
              <w:br/>
              <w:t>____________________________</w:t>
            </w:r>
          </w:p>
        </w:tc>
        <w:tc>
          <w:tcPr>
            <w:tcW w:type="dxa" w:w="5112"/>
            <w:vAlign w:val="center"/>
          </w:tcPr>
          <w:p>
            <w:r>
              <w:rPr>
                <w:rFonts w:ascii="Arial" w:hAnsi="Arial"/>
                <w:b/>
                <w:sz w:val="17"/>
              </w:rPr>
              <w:t>Location</w:t>
              <w:br/>
              <w:br/>
              <w:t>____________________________</w:t>
            </w:r>
          </w:p>
        </w:tc>
      </w:tr>
      <w:tr>
        <w:tc>
          <w:tcPr>
            <w:tcW w:type="dxa" w:w="5112"/>
            <w:vAlign w:val="center"/>
          </w:tcPr>
          <w:p>
            <w:r>
              <w:rPr>
                <w:rFonts w:ascii="Arial" w:hAnsi="Arial"/>
                <w:b/>
                <w:sz w:val="17"/>
              </w:rPr>
              <w:t>Team / age group</w:t>
              <w:br/>
              <w:br/>
              <w:t>____________________________</w:t>
            </w:r>
          </w:p>
        </w:tc>
        <w:tc>
          <w:tcPr>
            <w:tcW w:type="dxa" w:w="5112"/>
            <w:vAlign w:val="center"/>
          </w:tcPr>
          <w:p>
            <w:r>
              <w:rPr>
                <w:rFonts w:ascii="Arial" w:hAnsi="Arial"/>
                <w:b/>
                <w:sz w:val="17"/>
              </w:rPr>
              <w:t>Coach / assistant coach</w:t>
              <w:br/>
              <w:br/>
              <w:t>____________________________</w:t>
            </w:r>
          </w:p>
        </w:tc>
      </w:tr>
      <w:tr>
        <w:tc>
          <w:tcPr>
            <w:tcW w:type="dxa" w:w="5112"/>
            <w:vAlign w:val="center"/>
          </w:tcPr>
          <w:p>
            <w:r>
              <w:rPr>
                <w:rFonts w:ascii="Arial" w:hAnsi="Arial"/>
                <w:b/>
                <w:sz w:val="17"/>
              </w:rPr>
              <w:t>Session duration</w:t>
              <w:br/>
              <w:br/>
              <w:t>____________________________</w:t>
            </w:r>
          </w:p>
        </w:tc>
        <w:tc>
          <w:tcPr>
            <w:tcW w:type="dxa" w:w="5112"/>
            <w:vAlign w:val="center"/>
          </w:tcPr>
          <w:p>
            <w:r>
              <w:rPr>
                <w:rFonts w:ascii="Arial" w:hAnsi="Arial"/>
                <w:b/>
                <w:sz w:val="17"/>
              </w:rPr>
              <w:t>Number of players</w:t>
              <w:br/>
              <w:br/>
              <w:t>____________________________</w:t>
            </w:r>
          </w:p>
        </w:tc>
      </w:tr>
    </w:tbl>
    <w:p/>
    <w:p>
      <w:pPr>
        <w:spacing w:after="100"/>
      </w:pPr>
      <w:r>
        <w:rPr>
          <w:b/>
        </w:rPr>
        <w:t xml:space="preserve">Session objectives  </w:t>
      </w:r>
      <w:r>
        <w:t>________________________________________________________________</w:t>
      </w:r>
    </w:p>
    <w:p>
      <w:pPr>
        <w:spacing w:after="100"/>
      </w:pPr>
      <w:r>
        <w:rPr>
          <w:b/>
        </w:rPr>
        <w:t xml:space="preserve">Warm-up  </w:t>
      </w:r>
      <w:r>
        <w:t>________________________________________________________________</w:t>
      </w:r>
    </w:p>
    <w:p>
      <w:pPr>
        <w:spacing w:after="100"/>
      </w:pPr>
      <w:r>
        <w:rPr>
          <w:b/>
        </w:rPr>
        <w:t xml:space="preserve">Technical drills  </w:t>
      </w:r>
      <w:r>
        <w:t>________________________________________________________________</w:t>
      </w:r>
    </w:p>
    <w:p>
      <w:pPr>
        <w:spacing w:after="100"/>
      </w:pPr>
      <w:r>
        <w:rPr>
          <w:b/>
        </w:rPr>
        <w:t xml:space="preserve">Tactical / game activity  </w:t>
      </w:r>
      <w:r>
        <w:t>________________________________________________________________</w:t>
      </w:r>
    </w:p>
    <w:p>
      <w:pPr>
        <w:spacing w:after="100"/>
      </w:pPr>
      <w:r>
        <w:rPr>
          <w:b/>
        </w:rPr>
        <w:t xml:space="preserve">Cool-down  </w:t>
      </w:r>
      <w:r>
        <w:t>________________________________________________________________</w:t>
      </w:r>
    </w:p>
    <w:p>
      <w:pPr>
        <w:spacing w:after="100"/>
      </w:pPr>
      <w:r>
        <w:rPr>
          <w:b/>
        </w:rPr>
        <w:t xml:space="preserve">Equipment needed  </w:t>
      </w:r>
      <w:r>
        <w:t>________________________________________________________________</w:t>
      </w:r>
    </w:p>
    <w:p>
      <w:pPr>
        <w:spacing w:after="100"/>
      </w:pPr>
      <w:r>
        <w:rPr>
          <w:b/>
        </w:rPr>
        <w:t xml:space="preserve">Safety / weather considerations  </w:t>
      </w:r>
      <w:r>
        <w:t>________________________________________________________________</w:t>
      </w:r>
    </w:p>
    <w:p>
      <w:pPr>
        <w:spacing w:after="100"/>
      </w:pPr>
      <w:r>
        <w:rPr>
          <w:b/>
        </w:rPr>
        <w:t xml:space="preserve">What went well  </w:t>
      </w:r>
      <w:r>
        <w:t>________________________________________________________________</w:t>
      </w:r>
    </w:p>
    <w:p>
      <w:pPr>
        <w:spacing w:after="100"/>
      </w:pPr>
      <w:r>
        <w:rPr>
          <w:b/>
        </w:rPr>
        <w:t xml:space="preserve">Players requiring follow-up  </w:t>
      </w:r>
      <w:r>
        <w:t>________________________________________________________________</w:t>
      </w:r>
    </w:p>
    <w:p>
      <w:pPr>
        <w:spacing w:after="100"/>
      </w:pPr>
      <w:r>
        <w:rPr>
          <w:b/>
        </w:rPr>
        <w:t xml:space="preserve">Injuries / incidents (cross-reference report)  </w:t>
      </w:r>
      <w:r>
        <w:t>________________________________________________________________</w:t>
      </w:r>
    </w:p>
    <w:p>
      <w:pPr>
        <w:spacing w:after="100"/>
      </w:pPr>
      <w:r>
        <w:rPr>
          <w:b/>
        </w:rPr>
        <w:t xml:space="preserve">Plan for next session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Coach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Technical director / manager review</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MATCH REPORT FORM</w:t>
      </w:r>
    </w:p>
    <w:p>
      <w:pPr>
        <w:jc w:val="center"/>
      </w:pPr>
      <w:r>
        <w:rPr>
          <w:i/>
          <w:sz w:val="16"/>
        </w:rPr>
        <w:t>Document Ref: MSDFC-F13    |    Main base: Imo State, Nigeria    |    Affiliate: Asaba, Delta State</w:t>
      </w:r>
    </w:p>
    <w:p/>
    <w:p>
      <w:r>
        <w:rPr>
          <w:b/>
        </w:rPr>
        <w:t xml:space="preserve">Purpose: </w:t>
      </w:r>
      <w:r>
        <w:t>Complete after every friendly or competitive match.</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Date / kick-off</w:t>
              <w:br/>
              <w:br/>
              <w:t>____________________________</w:t>
            </w:r>
          </w:p>
        </w:tc>
        <w:tc>
          <w:tcPr>
            <w:tcW w:type="dxa" w:w="5112"/>
            <w:vAlign w:val="center"/>
          </w:tcPr>
          <w:p>
            <w:r>
              <w:rPr>
                <w:rFonts w:ascii="Arial" w:hAnsi="Arial"/>
                <w:b/>
                <w:sz w:val="17"/>
              </w:rPr>
              <w:t>Competition / match type</w:t>
              <w:br/>
              <w:br/>
              <w:t>____________________________</w:t>
            </w:r>
          </w:p>
        </w:tc>
      </w:tr>
      <w:tr>
        <w:tc>
          <w:tcPr>
            <w:tcW w:type="dxa" w:w="5112"/>
            <w:vAlign w:val="center"/>
          </w:tcPr>
          <w:p>
            <w:r>
              <w:rPr>
                <w:rFonts w:ascii="Arial" w:hAnsi="Arial"/>
                <w:b/>
                <w:sz w:val="17"/>
              </w:rPr>
              <w:t>Home team / opponent</w:t>
              <w:br/>
              <w:br/>
              <w:t>____________________________</w:t>
            </w:r>
          </w:p>
        </w:tc>
        <w:tc>
          <w:tcPr>
            <w:tcW w:type="dxa" w:w="5112"/>
            <w:vAlign w:val="center"/>
          </w:tcPr>
          <w:p>
            <w:r>
              <w:rPr>
                <w:rFonts w:ascii="Arial" w:hAnsi="Arial"/>
                <w:b/>
                <w:sz w:val="17"/>
              </w:rPr>
              <w:t>Venue</w:t>
              <w:br/>
              <w:br/>
              <w:t>____________________________</w:t>
            </w:r>
          </w:p>
        </w:tc>
      </w:tr>
      <w:tr>
        <w:tc>
          <w:tcPr>
            <w:tcW w:type="dxa" w:w="5112"/>
            <w:vAlign w:val="center"/>
          </w:tcPr>
          <w:p>
            <w:r>
              <w:rPr>
                <w:rFonts w:ascii="Arial" w:hAnsi="Arial"/>
                <w:b/>
                <w:sz w:val="17"/>
              </w:rPr>
              <w:t>Age group / team</w:t>
              <w:br/>
              <w:br/>
              <w:t>____________________________</w:t>
            </w:r>
          </w:p>
        </w:tc>
        <w:tc>
          <w:tcPr>
            <w:tcW w:type="dxa" w:w="5112"/>
            <w:vAlign w:val="center"/>
          </w:tcPr>
          <w:p>
            <w:r>
              <w:rPr>
                <w:rFonts w:ascii="Arial" w:hAnsi="Arial"/>
                <w:b/>
                <w:sz w:val="17"/>
              </w:rPr>
              <w:t>Head coach</w:t>
              <w:br/>
              <w:br/>
              <w:t>____________________________</w:t>
            </w:r>
          </w:p>
        </w:tc>
      </w:tr>
      <w:tr>
        <w:tc>
          <w:tcPr>
            <w:tcW w:type="dxa" w:w="5112"/>
            <w:vAlign w:val="center"/>
          </w:tcPr>
          <w:p>
            <w:r>
              <w:rPr>
                <w:rFonts w:ascii="Arial" w:hAnsi="Arial"/>
                <w:b/>
                <w:sz w:val="17"/>
              </w:rPr>
              <w:t>Final score</w:t>
              <w:br/>
              <w:br/>
              <w:t>____________________________</w:t>
            </w:r>
          </w:p>
        </w:tc>
        <w:tc>
          <w:tcPr>
            <w:tcW w:type="dxa" w:w="5112"/>
          </w:tcPr>
          <w:p/>
        </w:tc>
      </w:tr>
    </w:tbl>
    <w:p/>
    <w:p>
      <w:pPr>
        <w:spacing w:after="100"/>
      </w:pPr>
      <w:r>
        <w:rPr>
          <w:b/>
        </w:rPr>
        <w:t xml:space="preserve">Starting lineup  </w:t>
      </w:r>
      <w:r>
        <w:t>________________________________________________________________</w:t>
      </w:r>
    </w:p>
    <w:p>
      <w:pPr>
        <w:spacing w:after="100"/>
      </w:pPr>
      <w:r>
        <w:rPr>
          <w:b/>
        </w:rPr>
        <w:t xml:space="preserve">Substitutions  </w:t>
      </w:r>
      <w:r>
        <w:t>________________________________________________________________</w:t>
      </w:r>
    </w:p>
    <w:p>
      <w:pPr>
        <w:spacing w:after="100"/>
      </w:pPr>
      <w:r>
        <w:rPr>
          <w:b/>
        </w:rPr>
        <w:t xml:space="preserve">Goals / assists (if tracked)  </w:t>
      </w:r>
      <w:r>
        <w:t>________________________________________________________________</w:t>
      </w:r>
    </w:p>
    <w:p>
      <w:pPr>
        <w:spacing w:after="100"/>
      </w:pPr>
      <w:r>
        <w:rPr>
          <w:b/>
        </w:rPr>
        <w:t xml:space="preserve">Cards / disciplinary incidents  </w:t>
      </w:r>
      <w:r>
        <w:t>________________________________________________________________</w:t>
      </w:r>
    </w:p>
    <w:p>
      <w:pPr>
        <w:spacing w:after="100"/>
      </w:pPr>
      <w:r>
        <w:rPr>
          <w:b/>
        </w:rPr>
        <w:t xml:space="preserve">Injuries / medical referrals  </w:t>
      </w:r>
      <w:r>
        <w:t>________________________________________________________________</w:t>
      </w:r>
    </w:p>
    <w:p>
      <w:pPr>
        <w:spacing w:after="100"/>
      </w:pPr>
      <w:r>
        <w:rPr>
          <w:b/>
        </w:rPr>
        <w:t xml:space="preserve">Referee / officials (if known)  </w:t>
      </w:r>
      <w:r>
        <w:t>________________________________________________________________</w:t>
      </w:r>
    </w:p>
    <w:p>
      <w:pPr>
        <w:spacing w:after="100"/>
      </w:pPr>
      <w:r>
        <w:rPr>
          <w:b/>
        </w:rPr>
        <w:t xml:space="preserve">Attendance / notable observations  </w:t>
      </w:r>
      <w:r>
        <w:t>________________________________________________________________</w:t>
      </w:r>
    </w:p>
    <w:p>
      <w:pPr>
        <w:spacing w:after="100"/>
      </w:pPr>
      <w:r>
        <w:rPr>
          <w:b/>
        </w:rPr>
        <w:t xml:space="preserve">Team performance summary  </w:t>
      </w:r>
      <w:r>
        <w:t>________________________________________________________________</w:t>
      </w:r>
    </w:p>
    <w:p>
      <w:pPr>
        <w:spacing w:after="100"/>
      </w:pPr>
      <w:r>
        <w:rPr>
          <w:b/>
        </w:rPr>
        <w:t xml:space="preserve">Tactical observations  </w:t>
      </w:r>
      <w:r>
        <w:t>________________________________________________________________</w:t>
      </w:r>
    </w:p>
    <w:p>
      <w:pPr>
        <w:spacing w:after="100"/>
      </w:pPr>
      <w:r>
        <w:rPr>
          <w:b/>
        </w:rPr>
        <w:t xml:space="preserve">Positive highlights  </w:t>
      </w:r>
      <w:r>
        <w:t>________________________________________________________________</w:t>
      </w:r>
    </w:p>
    <w:p>
      <w:pPr>
        <w:spacing w:after="100"/>
      </w:pPr>
      <w:r>
        <w:rPr>
          <w:b/>
        </w:rPr>
        <w:t xml:space="preserve">Areas to improve  </w:t>
      </w:r>
      <w:r>
        <w:t>________________________________________________________________</w:t>
      </w:r>
    </w:p>
    <w:p>
      <w:pPr>
        <w:spacing w:after="100"/>
      </w:pPr>
      <w:r>
        <w:rPr>
          <w:b/>
        </w:rPr>
        <w:t xml:space="preserve">Action points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Coach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Team manager signature</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TEAM SELECTION &amp; MATCH-DAY SQUAD FORM</w:t>
      </w:r>
    </w:p>
    <w:p>
      <w:pPr>
        <w:jc w:val="center"/>
      </w:pPr>
      <w:r>
        <w:rPr>
          <w:i/>
          <w:sz w:val="16"/>
        </w:rPr>
        <w:t>Document Ref: MSDFC-F14    |    Main base: Imo State, Nigeria    |    Affiliate: Asaba, Delta State</w:t>
      </w:r>
    </w:p>
    <w:p/>
    <w:p>
      <w:r>
        <w:rPr>
          <w:b/>
        </w:rPr>
        <w:t xml:space="preserve">Purpose: </w:t>
      </w:r>
      <w:r>
        <w:t>For internal selection and match-day administration.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Match / opponent</w:t>
              <w:br/>
              <w:br/>
              <w:t>____________________________</w:t>
            </w:r>
          </w:p>
        </w:tc>
        <w:tc>
          <w:tcPr>
            <w:tcW w:type="dxa" w:w="5112"/>
            <w:vAlign w:val="center"/>
          </w:tcPr>
          <w:p>
            <w:r>
              <w:rPr>
                <w:rFonts w:ascii="Arial" w:hAnsi="Arial"/>
                <w:b/>
                <w:sz w:val="17"/>
              </w:rPr>
              <w:t>Date / venue</w:t>
              <w:br/>
              <w:br/>
              <w:t>____________________________</w:t>
            </w:r>
          </w:p>
        </w:tc>
      </w:tr>
      <w:tr>
        <w:tc>
          <w:tcPr>
            <w:tcW w:type="dxa" w:w="5112"/>
            <w:vAlign w:val="center"/>
          </w:tcPr>
          <w:p>
            <w:r>
              <w:rPr>
                <w:rFonts w:ascii="Arial" w:hAnsi="Arial"/>
                <w:b/>
                <w:sz w:val="17"/>
              </w:rPr>
              <w:t>Team / age group</w:t>
              <w:br/>
              <w:br/>
              <w:t>____________________________</w:t>
            </w:r>
          </w:p>
        </w:tc>
        <w:tc>
          <w:tcPr>
            <w:tcW w:type="dxa" w:w="5112"/>
            <w:vAlign w:val="center"/>
          </w:tcPr>
          <w:p>
            <w:r>
              <w:rPr>
                <w:rFonts w:ascii="Arial" w:hAnsi="Arial"/>
                <w:b/>
                <w:sz w:val="17"/>
              </w:rPr>
              <w:t>Head coach</w:t>
              <w:br/>
              <w:br/>
              <w:t>____________________________</w:t>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vAlign w:val="center"/>
            <w:shd w:fill="D9EAF7"/>
          </w:tcPr>
          <w:p>
            <w:r>
              <w:rPr>
                <w:rFonts w:ascii="Arial" w:hAnsi="Arial"/>
                <w:b/>
                <w:sz w:val="17"/>
              </w:rPr>
              <w:t>No.</w:t>
            </w:r>
          </w:p>
        </w:tc>
        <w:tc>
          <w:tcPr>
            <w:tcW w:type="dxa" w:w="2045"/>
            <w:vAlign w:val="center"/>
            <w:shd w:fill="D9EAF7"/>
          </w:tcPr>
          <w:p>
            <w:r>
              <w:rPr>
                <w:rFonts w:ascii="Arial" w:hAnsi="Arial"/>
                <w:b/>
                <w:sz w:val="17"/>
              </w:rPr>
              <w:t>Player name / reg. no.</w:t>
            </w:r>
          </w:p>
        </w:tc>
        <w:tc>
          <w:tcPr>
            <w:tcW w:type="dxa" w:w="2045"/>
            <w:vAlign w:val="center"/>
            <w:shd w:fill="D9EAF7"/>
          </w:tcPr>
          <w:p>
            <w:r>
              <w:rPr>
                <w:rFonts w:ascii="Arial" w:hAnsi="Arial"/>
                <w:b/>
                <w:sz w:val="17"/>
              </w:rPr>
              <w:t>Starting / substitute</w:t>
            </w:r>
          </w:p>
        </w:tc>
        <w:tc>
          <w:tcPr>
            <w:tcW w:type="dxa" w:w="2045"/>
            <w:vAlign w:val="center"/>
            <w:shd w:fill="D9EAF7"/>
          </w:tcPr>
          <w:p>
            <w:r>
              <w:rPr>
                <w:rFonts w:ascii="Arial" w:hAnsi="Arial"/>
                <w:b/>
                <w:sz w:val="17"/>
              </w:rPr>
              <w:t>Position / shirt no.</w:t>
            </w:r>
          </w:p>
        </w:tc>
        <w:tc>
          <w:tcPr>
            <w:tcW w:type="dxa" w:w="2045"/>
            <w:vAlign w:val="center"/>
            <w:shd w:fill="D9EAF7"/>
          </w:tcPr>
          <w:p>
            <w:r>
              <w:rPr>
                <w:rFonts w:ascii="Arial" w:hAnsi="Arial"/>
                <w:b/>
                <w:sz w:val="17"/>
              </w:rPr>
              <w:t>Notes</w:t>
            </w:r>
          </w:p>
        </w:tc>
      </w:tr>
      <w:tr>
        <w:tc>
          <w:tcPr>
            <w:tcW w:type="dxa" w:w="2045"/>
            <w:vAlign w:val="center"/>
          </w:tcPr>
          <w:p>
            <w:r>
              <w:rPr>
                <w:rFonts w:ascii="Arial" w:hAnsi="Arial"/>
                <w:b w:val="0"/>
                <w:sz w:val="17"/>
              </w:rPr>
              <w:t>1</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2</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3</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4</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5</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6</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7</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8</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9</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10</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11</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12</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13</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14</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15</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16</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17</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t>18</w:t>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bl>
    <w:p>
      <w:pPr>
        <w:spacing w:after="100"/>
      </w:pPr>
      <w:r>
        <w:rPr>
          <w:b/>
        </w:rPr>
        <w:t xml:space="preserve">Selection rationale / fitness concerns  </w:t>
      </w:r>
      <w:r>
        <w:t>________________________________________________________________</w:t>
      </w:r>
    </w:p>
    <w:p>
      <w:pPr>
        <w:spacing w:after="100"/>
      </w:pPr>
      <w:r>
        <w:rPr>
          <w:b/>
        </w:rPr>
        <w:t xml:space="preserve">Parent/guardian communication needed (if applicable)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Head coach</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Team manager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FITNESS ASSESSMENT FORM</w:t>
      </w:r>
    </w:p>
    <w:p>
      <w:pPr>
        <w:jc w:val="center"/>
      </w:pPr>
      <w:r>
        <w:rPr>
          <w:i/>
          <w:sz w:val="16"/>
        </w:rPr>
        <w:t>Document Ref: MSDFC-F15    |    Main base: Imo State, Nigeria    |    Affiliate: Asaba, Delta State</w:t>
      </w:r>
    </w:p>
    <w:p/>
    <w:p>
      <w:r>
        <w:rPr>
          <w:b/>
        </w:rPr>
        <w:t xml:space="preserve">Purpose: </w:t>
      </w:r>
      <w:r>
        <w:t>Assess only within staff competence; obtain appropriate consent and avoid unsafe testing.</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 / registration no.</w:t>
              <w:br/>
              <w:br/>
              <w:t>____________________________</w:t>
            </w:r>
          </w:p>
        </w:tc>
        <w:tc>
          <w:tcPr>
            <w:tcW w:type="dxa" w:w="5112"/>
            <w:vAlign w:val="center"/>
          </w:tcPr>
          <w:p>
            <w:r>
              <w:rPr>
                <w:rFonts w:ascii="Arial" w:hAnsi="Arial"/>
                <w:b/>
                <w:sz w:val="17"/>
              </w:rPr>
              <w:t>Age group</w:t>
              <w:br/>
              <w:br/>
              <w:t>____________________________</w:t>
            </w:r>
          </w:p>
        </w:tc>
      </w:tr>
      <w:tr>
        <w:tc>
          <w:tcPr>
            <w:tcW w:type="dxa" w:w="5112"/>
            <w:vAlign w:val="center"/>
          </w:tcPr>
          <w:p>
            <w:r>
              <w:rPr>
                <w:rFonts w:ascii="Arial" w:hAnsi="Arial"/>
                <w:b/>
                <w:sz w:val="17"/>
              </w:rPr>
              <w:t>Assessment date</w:t>
              <w:br/>
              <w:br/>
              <w:t>____________________________</w:t>
            </w:r>
          </w:p>
        </w:tc>
        <w:tc>
          <w:tcPr>
            <w:tcW w:type="dxa" w:w="5112"/>
            <w:vAlign w:val="center"/>
          </w:tcPr>
          <w:p>
            <w:r>
              <w:rPr>
                <w:rFonts w:ascii="Arial" w:hAnsi="Arial"/>
                <w:b/>
                <w:sz w:val="17"/>
              </w:rPr>
              <w:t>Assessor</w:t>
              <w:br/>
              <w:br/>
              <w:t>____________________________</w:t>
            </w:r>
          </w:p>
        </w:tc>
      </w:tr>
      <w:tr>
        <w:tc>
          <w:tcPr>
            <w:tcW w:type="dxa" w:w="5112"/>
            <w:vAlign w:val="center"/>
          </w:tcPr>
          <w:p>
            <w:r>
              <w:rPr>
                <w:rFonts w:ascii="Arial" w:hAnsi="Arial"/>
                <w:b/>
                <w:sz w:val="17"/>
              </w:rPr>
              <w:t>Consent confirmed (yes/no)</w:t>
              <w:br/>
              <w:br/>
              <w:t>____________________________</w:t>
            </w:r>
          </w:p>
        </w:tc>
        <w:tc>
          <w:tcPr>
            <w:tcW w:type="dxa" w:w="5112"/>
          </w:tcP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vAlign w:val="center"/>
            <w:shd w:fill="D9EAF7"/>
          </w:tcPr>
          <w:p>
            <w:r>
              <w:rPr>
                <w:rFonts w:ascii="Arial" w:hAnsi="Arial"/>
                <w:b/>
                <w:sz w:val="17"/>
              </w:rPr>
              <w:t>Test / measure</w:t>
            </w:r>
          </w:p>
        </w:tc>
        <w:tc>
          <w:tcPr>
            <w:tcW w:type="dxa" w:w="2556"/>
            <w:vAlign w:val="center"/>
            <w:shd w:fill="D9EAF7"/>
          </w:tcPr>
          <w:p>
            <w:r>
              <w:rPr>
                <w:rFonts w:ascii="Arial" w:hAnsi="Arial"/>
                <w:b/>
                <w:sz w:val="17"/>
              </w:rPr>
              <w:t>Result</w:t>
            </w:r>
          </w:p>
        </w:tc>
        <w:tc>
          <w:tcPr>
            <w:tcW w:type="dxa" w:w="2556"/>
            <w:vAlign w:val="center"/>
            <w:shd w:fill="D9EAF7"/>
          </w:tcPr>
          <w:p>
            <w:r>
              <w:rPr>
                <w:rFonts w:ascii="Arial" w:hAnsi="Arial"/>
                <w:b/>
                <w:sz w:val="17"/>
              </w:rPr>
              <w:t>Method / conditions</w:t>
            </w:r>
          </w:p>
        </w:tc>
        <w:tc>
          <w:tcPr>
            <w:tcW w:type="dxa" w:w="2556"/>
            <w:vAlign w:val="center"/>
            <w:shd w:fill="D9EAF7"/>
          </w:tcPr>
          <w:p>
            <w:r>
              <w:rPr>
                <w:rFonts w:ascii="Arial" w:hAnsi="Arial"/>
                <w:b/>
                <w:sz w:val="17"/>
              </w:rPr>
              <w:t>Notes / action</w:t>
            </w:r>
          </w:p>
        </w:tc>
      </w:tr>
      <w:tr>
        <w:tc>
          <w:tcPr>
            <w:tcW w:type="dxa" w:w="2556"/>
            <w:vAlign w:val="center"/>
          </w:tcPr>
          <w:p>
            <w:r>
              <w:rPr>
                <w:rFonts w:ascii="Arial" w:hAnsi="Arial"/>
                <w:b w:val="0"/>
                <w:sz w:val="17"/>
              </w:rPr>
              <w:t>Warm-up readiness / self-reported wellbeing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Speed test (if appropriate)</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Agility test (if appropriate)</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Endurance test (if appropriate)</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Mobility / coordination observation</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Other measure</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bl>
    <w:p>
      <w:r>
        <w:t>Do not conduct testing when a player is unwell, injured, or medically restricted. Record any concerns and refer to a qualified healthcare professional as appropriate.</w:t>
      </w:r>
    </w:p>
    <w:p>
      <w:pPr>
        <w:spacing w:after="100"/>
      </w:pPr>
      <w:r>
        <w:rPr>
          <w:b/>
        </w:rPr>
        <w:t xml:space="preserve">Summary  </w:t>
      </w:r>
      <w:r>
        <w:t>________________________________________________________________</w:t>
      </w:r>
    </w:p>
    <w:p>
      <w:pPr>
        <w:spacing w:after="100"/>
      </w:pPr>
      <w:r>
        <w:rPr>
          <w:b/>
        </w:rPr>
        <w:t xml:space="preserve">Recommended training adjustments  </w:t>
      </w:r>
      <w:r>
        <w:t>________________________________________________________________</w:t>
      </w:r>
    </w:p>
    <w:p>
      <w:pPr>
        <w:spacing w:after="100"/>
      </w:pPr>
      <w:r>
        <w:rPr>
          <w:b/>
        </w:rPr>
        <w:t xml:space="preserve">Review date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Assessor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Player / guardian acknowledgement</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INJURY / ACCIDENT REPORT FORM</w:t>
      </w:r>
    </w:p>
    <w:p>
      <w:pPr>
        <w:jc w:val="center"/>
      </w:pPr>
      <w:r>
        <w:rPr>
          <w:i/>
          <w:sz w:val="16"/>
        </w:rPr>
        <w:t>Document Ref: MSDFC-F16    |    Main base: Imo State, Nigeria    |    Affiliate: Asaba, Delta State</w:t>
      </w:r>
    </w:p>
    <w:p/>
    <w:p>
      <w:r>
        <w:rPr>
          <w:b/>
        </w:rPr>
        <w:t xml:space="preserve">Purpose: </w:t>
      </w:r>
      <w:r>
        <w:t>Complete as soon as practicable after an injury, accident, or safety incident.</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Incident reference no.</w:t>
              <w:br/>
              <w:br/>
              <w:t>____________________________</w:t>
            </w:r>
          </w:p>
        </w:tc>
        <w:tc>
          <w:tcPr>
            <w:tcW w:type="dxa" w:w="5112"/>
            <w:vAlign w:val="center"/>
          </w:tcPr>
          <w:p>
            <w:r>
              <w:rPr>
                <w:rFonts w:ascii="Arial" w:hAnsi="Arial"/>
                <w:b/>
                <w:sz w:val="17"/>
              </w:rPr>
              <w:t>Date / time</w:t>
              <w:br/>
              <w:br/>
              <w:t>____________________________</w:t>
            </w:r>
          </w:p>
        </w:tc>
      </w:tr>
      <w:tr>
        <w:tc>
          <w:tcPr>
            <w:tcW w:type="dxa" w:w="5112"/>
            <w:vAlign w:val="center"/>
          </w:tcPr>
          <w:p>
            <w:r>
              <w:rPr>
                <w:rFonts w:ascii="Arial" w:hAnsi="Arial"/>
                <w:b/>
                <w:sz w:val="17"/>
              </w:rPr>
              <w:t>Location</w:t>
              <w:br/>
              <w:br/>
              <w:t>____________________________</w:t>
            </w:r>
          </w:p>
        </w:tc>
        <w:tc>
          <w:tcPr>
            <w:tcW w:type="dxa" w:w="5112"/>
            <w:vAlign w:val="center"/>
          </w:tcPr>
          <w:p>
            <w:r>
              <w:rPr>
                <w:rFonts w:ascii="Arial" w:hAnsi="Arial"/>
                <w:b/>
                <w:sz w:val="17"/>
              </w:rPr>
              <w:t>Person affected / registration no.</w:t>
              <w:br/>
              <w:br/>
              <w:t>____________________________</w:t>
            </w:r>
          </w:p>
        </w:tc>
      </w:tr>
      <w:tr>
        <w:tc>
          <w:tcPr>
            <w:tcW w:type="dxa" w:w="5112"/>
            <w:vAlign w:val="center"/>
          </w:tcPr>
          <w:p>
            <w:r>
              <w:rPr>
                <w:rFonts w:ascii="Arial" w:hAnsi="Arial"/>
                <w:b/>
                <w:sz w:val="17"/>
              </w:rPr>
              <w:t>Age / team</w:t>
              <w:br/>
              <w:br/>
              <w:t>____________________________</w:t>
            </w:r>
          </w:p>
        </w:tc>
        <w:tc>
          <w:tcPr>
            <w:tcW w:type="dxa" w:w="5112"/>
            <w:vAlign w:val="center"/>
          </w:tcPr>
          <w:p>
            <w:r>
              <w:rPr>
                <w:rFonts w:ascii="Arial" w:hAnsi="Arial"/>
                <w:b/>
                <w:sz w:val="17"/>
              </w:rPr>
              <w:t>Person completing report</w:t>
              <w:br/>
              <w:br/>
              <w:t>____________________________</w:t>
            </w:r>
          </w:p>
        </w:tc>
      </w:tr>
      <w:tr>
        <w:tc>
          <w:tcPr>
            <w:tcW w:type="dxa" w:w="5112"/>
            <w:vAlign w:val="center"/>
          </w:tcPr>
          <w:p>
            <w:r>
              <w:rPr>
                <w:rFonts w:ascii="Arial" w:hAnsi="Arial"/>
                <w:b/>
                <w:sz w:val="17"/>
              </w:rPr>
              <w:t>Witnesses and contacts</w:t>
              <w:br/>
              <w:br/>
              <w:t>____________________________</w:t>
            </w:r>
          </w:p>
        </w:tc>
        <w:tc>
          <w:tcPr>
            <w:tcW w:type="dxa" w:w="5112"/>
          </w:tcPr>
          <w:p/>
        </w:tc>
      </w:tr>
    </w:tbl>
    <w:p/>
    <w:p>
      <w:pPr>
        <w:spacing w:after="100"/>
      </w:pPr>
      <w:r>
        <w:rPr>
          <w:b/>
        </w:rPr>
        <w:t xml:space="preserve">What happened (factual description)  </w:t>
      </w:r>
      <w:r>
        <w:t>________________________________________________________________</w:t>
      </w:r>
    </w:p>
    <w:p>
      <w:pPr>
        <w:spacing w:after="100"/>
      </w:pPr>
      <w:r>
        <w:rPr>
          <w:b/>
        </w:rPr>
        <w:t xml:space="preserve">Observed injury / symptoms  </w:t>
      </w:r>
      <w:r>
        <w:t>________________________________________________________________</w:t>
      </w:r>
    </w:p>
    <w:p>
      <w:pPr>
        <w:spacing w:after="100"/>
      </w:pPr>
      <w:r>
        <w:rPr>
          <w:b/>
        </w:rPr>
        <w:t xml:space="preserve">First aid / action taken  </w:t>
      </w:r>
      <w:r>
        <w:t>________________________________________________________________</w:t>
      </w:r>
    </w:p>
    <w:p>
      <w:pPr>
        <w:spacing w:after="100"/>
      </w:pPr>
      <w:r>
        <w:rPr>
          <w:b/>
        </w:rPr>
        <w:t xml:space="preserve">Emergency services / hospital referral (if any)  </w:t>
      </w:r>
      <w:r>
        <w:t>________________________________________________________________</w:t>
      </w:r>
    </w:p>
    <w:p>
      <w:pPr>
        <w:spacing w:after="100"/>
      </w:pPr>
      <w:r>
        <w:rPr>
          <w:b/>
        </w:rPr>
        <w:t xml:space="preserve">Parent/guardian notified and time (if minor)  </w:t>
      </w:r>
      <w:r>
        <w:t>________________________________________________________________</w:t>
      </w:r>
    </w:p>
    <w:p>
      <w:pPr>
        <w:spacing w:after="100"/>
      </w:pPr>
      <w:r>
        <w:rPr>
          <w:b/>
        </w:rPr>
        <w:t xml:space="preserve">Follow-up / restrictions communicated  </w:t>
      </w:r>
      <w:r>
        <w:t>________________________________________________________________</w:t>
      </w:r>
    </w:p>
    <w:p>
      <w:pPr>
        <w:spacing w:after="100"/>
      </w:pPr>
      <w:r>
        <w:rPr>
          <w:b/>
        </w:rPr>
        <w:t xml:space="preserve">Hazard or contributing factors  </w:t>
      </w:r>
      <w:r>
        <w:t>________________________________________________________________</w:t>
      </w:r>
    </w:p>
    <w:p>
      <w:pPr>
        <w:spacing w:after="100"/>
      </w:pPr>
      <w:r>
        <w:rPr>
          <w:b/>
        </w:rPr>
        <w:t xml:space="preserve">Preventive action recommended  </w:t>
      </w:r>
      <w:r>
        <w:t>________________________________________________________________</w:t>
      </w:r>
    </w:p>
    <w:p>
      <w:r>
        <w:t>Confidential: Store securely and share only with authorised persons who need the information.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Reporting person</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Welfare / safety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EQUIPMENT ISSUANCE &amp; RETURN FORM</w:t>
      </w:r>
    </w:p>
    <w:p>
      <w:pPr>
        <w:jc w:val="center"/>
      </w:pPr>
      <w:r>
        <w:rPr>
          <w:i/>
          <w:sz w:val="16"/>
        </w:rPr>
        <w:t>Document Ref: MSDFC-F17    |    Main base: Imo State, Nigeria    |    Affiliate: Asaba, Delta State</w:t>
      </w:r>
    </w:p>
    <w:p/>
    <w:p>
      <w:r>
        <w:rPr>
          <w:b/>
        </w:rPr>
        <w:t xml:space="preserve">Purpose: </w:t>
      </w:r>
      <w:r>
        <w:t>Use for kits, balls, training equipment, and other club property.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Issue date</w:t>
              <w:br/>
              <w:br/>
              <w:t>____________________________</w:t>
            </w:r>
          </w:p>
        </w:tc>
        <w:tc>
          <w:tcPr>
            <w:tcW w:type="dxa" w:w="5112"/>
            <w:vAlign w:val="center"/>
          </w:tcPr>
          <w:p>
            <w:r>
              <w:rPr>
                <w:rFonts w:ascii="Arial" w:hAnsi="Arial"/>
                <w:b/>
                <w:sz w:val="17"/>
              </w:rPr>
              <w:t>Player / staff name</w:t>
              <w:br/>
              <w:br/>
              <w:t>____________________________</w:t>
            </w:r>
          </w:p>
        </w:tc>
      </w:tr>
      <w:tr>
        <w:tc>
          <w:tcPr>
            <w:tcW w:type="dxa" w:w="5112"/>
            <w:vAlign w:val="center"/>
          </w:tcPr>
          <w:p>
            <w:r>
              <w:rPr>
                <w:rFonts w:ascii="Arial" w:hAnsi="Arial"/>
                <w:b/>
                <w:sz w:val="17"/>
              </w:rPr>
              <w:t>Team / department</w:t>
              <w:br/>
              <w:br/>
              <w:t>____________________________</w:t>
            </w:r>
          </w:p>
        </w:tc>
        <w:tc>
          <w:tcPr>
            <w:tcW w:type="dxa" w:w="5112"/>
            <w:vAlign w:val="center"/>
          </w:tcPr>
          <w:p>
            <w:r>
              <w:rPr>
                <w:rFonts w:ascii="Arial" w:hAnsi="Arial"/>
                <w:b/>
                <w:sz w:val="17"/>
              </w:rPr>
              <w:t>Location / affiliate</w:t>
              <w:br/>
              <w:br/>
              <w:t>____________________________</w:t>
            </w:r>
          </w:p>
        </w:tc>
      </w:tr>
      <w:tr>
        <w:tc>
          <w:tcPr>
            <w:tcW w:type="dxa" w:w="5112"/>
            <w:vAlign w:val="center"/>
          </w:tcPr>
          <w:p>
            <w:r>
              <w:rPr>
                <w:rFonts w:ascii="Arial" w:hAnsi="Arial"/>
                <w:b/>
                <w:sz w:val="17"/>
              </w:rPr>
              <w:t>Expected return date</w:t>
              <w:br/>
              <w:br/>
              <w:t>____________________________</w:t>
            </w:r>
          </w:p>
        </w:tc>
        <w:tc>
          <w:tcPr>
            <w:tcW w:type="dxa" w:w="5112"/>
          </w:tcP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vAlign w:val="center"/>
            <w:shd w:fill="D9EAF7"/>
          </w:tcPr>
          <w:p>
            <w:r>
              <w:rPr>
                <w:rFonts w:ascii="Arial" w:hAnsi="Arial"/>
                <w:b/>
                <w:sz w:val="17"/>
              </w:rPr>
              <w:t>Item</w:t>
            </w:r>
          </w:p>
        </w:tc>
        <w:tc>
          <w:tcPr>
            <w:tcW w:type="dxa" w:w="2045"/>
            <w:vAlign w:val="center"/>
            <w:shd w:fill="D9EAF7"/>
          </w:tcPr>
          <w:p>
            <w:r>
              <w:rPr>
                <w:rFonts w:ascii="Arial" w:hAnsi="Arial"/>
                <w:b/>
                <w:sz w:val="17"/>
              </w:rPr>
              <w:t>Quantity</w:t>
            </w:r>
          </w:p>
        </w:tc>
        <w:tc>
          <w:tcPr>
            <w:tcW w:type="dxa" w:w="2045"/>
            <w:vAlign w:val="center"/>
            <w:shd w:fill="D9EAF7"/>
          </w:tcPr>
          <w:p>
            <w:r>
              <w:rPr>
                <w:rFonts w:ascii="Arial" w:hAnsi="Arial"/>
                <w:b/>
                <w:sz w:val="17"/>
              </w:rPr>
              <w:t>Condition issued</w:t>
            </w:r>
          </w:p>
        </w:tc>
        <w:tc>
          <w:tcPr>
            <w:tcW w:type="dxa" w:w="2045"/>
            <w:vAlign w:val="center"/>
            <w:shd w:fill="D9EAF7"/>
          </w:tcPr>
          <w:p>
            <w:r>
              <w:rPr>
                <w:rFonts w:ascii="Arial" w:hAnsi="Arial"/>
                <w:b/>
                <w:sz w:val="17"/>
              </w:rPr>
              <w:t>Return condition</w:t>
            </w:r>
          </w:p>
        </w:tc>
        <w:tc>
          <w:tcPr>
            <w:tcW w:type="dxa" w:w="2045"/>
            <w:vAlign w:val="center"/>
            <w:shd w:fill="D9EAF7"/>
          </w:tcPr>
          <w:p>
            <w:r>
              <w:rPr>
                <w:rFonts w:ascii="Arial" w:hAnsi="Arial"/>
                <w:b/>
                <w:sz w:val="17"/>
              </w:rPr>
              <w:t>Remarks</w:t>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r>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c>
          <w:tcPr>
            <w:tcW w:type="dxa" w:w="2045"/>
            <w:vAlign w:val="center"/>
          </w:tcPr>
          <w:p>
            <w:r>
              <w:rPr>
                <w:rFonts w:ascii="Arial" w:hAnsi="Arial"/>
                <w:b w:val="0"/>
                <w:sz w:val="17"/>
              </w:rPr>
            </w:r>
          </w:p>
        </w:tc>
      </w:tr>
    </w:tbl>
    <w:p>
      <w:pPr>
        <w:spacing w:after="100"/>
      </w:pPr>
      <w:r>
        <w:rPr>
          <w:b/>
        </w:rPr>
        <w:t xml:space="preserve">Missing / damaged items and explanation  </w:t>
      </w:r>
      <w:r>
        <w:t>________________________________________________________________</w:t>
      </w:r>
    </w:p>
    <w:p>
      <w:pPr>
        <w:spacing w:after="100"/>
      </w:pPr>
      <w:r>
        <w:rPr>
          <w:b/>
        </w:rPr>
        <w:t xml:space="preserve">Action taken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Recipient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Store / equipment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SCOUTING REPORT</w:t>
      </w:r>
    </w:p>
    <w:p>
      <w:pPr>
        <w:jc w:val="center"/>
      </w:pPr>
      <w:r>
        <w:rPr>
          <w:i/>
          <w:sz w:val="16"/>
        </w:rPr>
        <w:t>Document Ref: MSDFC-F18    |    Main base: Imo State, Nigeria    |    Affiliate: Asaba, Delta State</w:t>
      </w:r>
    </w:p>
    <w:p/>
    <w:p>
      <w:r>
        <w:rPr>
          <w:b/>
        </w:rPr>
        <w:t xml:space="preserve">Purpose: </w:t>
      </w:r>
      <w:r>
        <w:t>For structured observations of players at matches, schools, community games, and trials.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Scout name</w:t>
              <w:br/>
              <w:br/>
              <w:t>____________________________</w:t>
            </w:r>
          </w:p>
        </w:tc>
        <w:tc>
          <w:tcPr>
            <w:tcW w:type="dxa" w:w="5112"/>
            <w:vAlign w:val="center"/>
          </w:tcPr>
          <w:p>
            <w:r>
              <w:rPr>
                <w:rFonts w:ascii="Arial" w:hAnsi="Arial"/>
                <w:b/>
                <w:sz w:val="17"/>
              </w:rPr>
              <w:t>Date / event / venue</w:t>
              <w:br/>
              <w:br/>
              <w:t>____________________________</w:t>
            </w:r>
          </w:p>
        </w:tc>
      </w:tr>
      <w:tr>
        <w:tc>
          <w:tcPr>
            <w:tcW w:type="dxa" w:w="5112"/>
            <w:vAlign w:val="center"/>
          </w:tcPr>
          <w:p>
            <w:r>
              <w:rPr>
                <w:rFonts w:ascii="Arial" w:hAnsi="Arial"/>
                <w:b/>
                <w:sz w:val="17"/>
              </w:rPr>
              <w:t>Player name or identifier</w:t>
              <w:br/>
              <w:br/>
              <w:t>____________________________</w:t>
            </w:r>
          </w:p>
        </w:tc>
        <w:tc>
          <w:tcPr>
            <w:tcW w:type="dxa" w:w="5112"/>
            <w:vAlign w:val="center"/>
          </w:tcPr>
          <w:p>
            <w:r>
              <w:rPr>
                <w:rFonts w:ascii="Arial" w:hAnsi="Arial"/>
                <w:b/>
                <w:sz w:val="17"/>
              </w:rPr>
              <w:t>Date of birth / estimated age group</w:t>
              <w:br/>
              <w:br/>
              <w:t>____________________________</w:t>
            </w:r>
          </w:p>
        </w:tc>
      </w:tr>
      <w:tr>
        <w:tc>
          <w:tcPr>
            <w:tcW w:type="dxa" w:w="5112"/>
            <w:vAlign w:val="center"/>
          </w:tcPr>
          <w:p>
            <w:r>
              <w:rPr>
                <w:rFonts w:ascii="Arial" w:hAnsi="Arial"/>
                <w:b/>
                <w:sz w:val="17"/>
              </w:rPr>
              <w:t>Current club / school (if known)</w:t>
              <w:br/>
              <w:br/>
              <w:t>____________________________</w:t>
            </w:r>
          </w:p>
        </w:tc>
        <w:tc>
          <w:tcPr>
            <w:tcW w:type="dxa" w:w="5112"/>
            <w:vAlign w:val="center"/>
          </w:tcPr>
          <w:p>
            <w:r>
              <w:rPr>
                <w:rFonts w:ascii="Arial" w:hAnsi="Arial"/>
                <w:b/>
                <w:sz w:val="17"/>
              </w:rPr>
              <w:t>Position</w:t>
              <w:br/>
              <w:br/>
              <w:t>____________________________</w:t>
            </w:r>
          </w:p>
        </w:tc>
      </w:tr>
      <w:tr>
        <w:tc>
          <w:tcPr>
            <w:tcW w:type="dxa" w:w="5112"/>
            <w:vAlign w:val="center"/>
          </w:tcPr>
          <w:p>
            <w:r>
              <w:rPr>
                <w:rFonts w:ascii="Arial" w:hAnsi="Arial"/>
                <w:b/>
                <w:sz w:val="17"/>
              </w:rPr>
              <w:t>Parent/guardian contact route if minor (do not collect unnecessarily)</w:t>
              <w:br/>
              <w:br/>
              <w:t>____________________________</w:t>
            </w:r>
          </w:p>
        </w:tc>
        <w:tc>
          <w:tcPr>
            <w:tcW w:type="dxa" w:w="5112"/>
          </w:tcPr>
          <w:p/>
        </w:tc>
      </w:tr>
    </w:tbl>
    <w:p/>
    <w:p>
      <w:pPr>
        <w:spacing w:after="100"/>
      </w:pPr>
      <w:r>
        <w:rPr>
          <w:b/>
        </w:rPr>
        <w:t xml:space="preserve">Technical observations  </w:t>
      </w:r>
      <w:r>
        <w:t>________________________________________________________________</w:t>
      </w:r>
    </w:p>
    <w:p>
      <w:pPr>
        <w:spacing w:after="100"/>
      </w:pPr>
      <w:r>
        <w:rPr>
          <w:b/>
        </w:rPr>
        <w:t xml:space="preserve">Tactical observations  </w:t>
      </w:r>
      <w:r>
        <w:t>________________________________________________________________</w:t>
      </w:r>
    </w:p>
    <w:p>
      <w:pPr>
        <w:spacing w:after="100"/>
      </w:pPr>
      <w:r>
        <w:rPr>
          <w:b/>
        </w:rPr>
        <w:t xml:space="preserve">Physical observations  </w:t>
      </w:r>
      <w:r>
        <w:t>________________________________________________________________</w:t>
      </w:r>
    </w:p>
    <w:p>
      <w:pPr>
        <w:spacing w:after="100"/>
      </w:pPr>
      <w:r>
        <w:rPr>
          <w:b/>
        </w:rPr>
        <w:t xml:space="preserve">Attitude / teamwork  </w:t>
      </w:r>
      <w:r>
        <w:t>________________________________________________________________</w:t>
      </w:r>
    </w:p>
    <w:p>
      <w:pPr>
        <w:spacing w:after="100"/>
      </w:pPr>
      <w:r>
        <w:rPr>
          <w:b/>
        </w:rPr>
        <w:t xml:space="preserve">Observed strengths  </w:t>
      </w:r>
      <w:r>
        <w:t>________________________________________________________________</w:t>
      </w:r>
    </w:p>
    <w:p>
      <w:pPr>
        <w:spacing w:after="100"/>
      </w:pPr>
      <w:r>
        <w:rPr>
          <w:b/>
        </w:rPr>
        <w:t xml:space="preserve">Development needs  </w:t>
      </w:r>
      <w:r>
        <w:t>________________________________________________________________</w:t>
      </w:r>
    </w:p>
    <w:p>
      <w:pPr>
        <w:spacing w:after="100"/>
      </w:pPr>
      <w:r>
        <w:rPr>
          <w:b/>
        </w:rPr>
        <w:t xml:space="preserve">Recommendation and next step  </w:t>
      </w:r>
      <w:r>
        <w:t>________________________________________________________________</w:t>
      </w:r>
    </w:p>
    <w:p>
      <w:r>
        <w:t>Scouts must not promise contracts, selection, trials abroad, scholarships, or payments unless formally authorised and documented by the club.</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Scout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Technical director review</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COMPETITION REGISTRATION CHECKLIST</w:t>
      </w:r>
    </w:p>
    <w:p>
      <w:pPr>
        <w:jc w:val="center"/>
      </w:pPr>
      <w:r>
        <w:rPr>
          <w:i/>
          <w:sz w:val="16"/>
        </w:rPr>
        <w:t>Document Ref: MSDFC-F19    |    Main base: Imo State, Nigeria    |    Affiliate: Asaba, Delta State</w:t>
      </w:r>
    </w:p>
    <w:p/>
    <w:p>
      <w:r>
        <w:rPr>
          <w:b/>
        </w:rPr>
        <w:t xml:space="preserve">Purpose: </w:t>
      </w:r>
      <w:r>
        <w:t>Use before entering a team or player into a tournament or league.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Competition name</w:t>
              <w:br/>
              <w:br/>
              <w:t>____________________________</w:t>
            </w:r>
          </w:p>
        </w:tc>
        <w:tc>
          <w:tcPr>
            <w:tcW w:type="dxa" w:w="5112"/>
            <w:vAlign w:val="center"/>
          </w:tcPr>
          <w:p>
            <w:r>
              <w:rPr>
                <w:rFonts w:ascii="Arial" w:hAnsi="Arial"/>
                <w:b/>
                <w:sz w:val="17"/>
              </w:rPr>
              <w:t>Organiser / association</w:t>
              <w:br/>
              <w:br/>
              <w:t>____________________________</w:t>
            </w:r>
          </w:p>
        </w:tc>
      </w:tr>
      <w:tr>
        <w:tc>
          <w:tcPr>
            <w:tcW w:type="dxa" w:w="5112"/>
            <w:vAlign w:val="center"/>
          </w:tcPr>
          <w:p>
            <w:r>
              <w:rPr>
                <w:rFonts w:ascii="Arial" w:hAnsi="Arial"/>
                <w:b/>
                <w:sz w:val="17"/>
              </w:rPr>
              <w:t>Team / age group</w:t>
              <w:br/>
              <w:br/>
              <w:t>____________________________</w:t>
            </w:r>
          </w:p>
        </w:tc>
        <w:tc>
          <w:tcPr>
            <w:tcW w:type="dxa" w:w="5112"/>
            <w:vAlign w:val="center"/>
          </w:tcPr>
          <w:p>
            <w:r>
              <w:rPr>
                <w:rFonts w:ascii="Arial" w:hAnsi="Arial"/>
                <w:b/>
                <w:sz w:val="17"/>
              </w:rPr>
              <w:t>Deadline</w:t>
              <w:br/>
              <w:br/>
              <w:t>____________________________</w:t>
            </w:r>
          </w:p>
        </w:tc>
      </w:tr>
      <w:tr>
        <w:tc>
          <w:tcPr>
            <w:tcW w:type="dxa" w:w="5112"/>
            <w:vAlign w:val="center"/>
          </w:tcPr>
          <w:p>
            <w:r>
              <w:rPr>
                <w:rFonts w:ascii="Arial" w:hAnsi="Arial"/>
                <w:b/>
                <w:sz w:val="17"/>
              </w:rPr>
              <w:t>Team manager</w:t>
              <w:br/>
              <w:br/>
              <w:t>____________________________</w:t>
            </w:r>
          </w:p>
        </w:tc>
        <w:tc>
          <w:tcPr>
            <w:tcW w:type="dxa" w:w="5112"/>
          </w:tcPr>
          <w:p/>
        </w:tc>
      </w:tr>
    </w:tbl>
    <w:p/>
    <w:p>
      <w:r>
        <w:t>☐ Competition rules and eligibility checked</w:t>
      </w:r>
    </w:p>
    <w:p>
      <w:r>
        <w:t>☐ Club affiliation / licence requirements checked where applicable</w:t>
      </w:r>
    </w:p>
    <w:p>
      <w:r>
        <w:t>☐ Player identity and age documents verified as required</w:t>
      </w:r>
    </w:p>
    <w:p>
      <w:r>
        <w:t>☐ Player consent and medical/emergency records current</w:t>
      </w:r>
    </w:p>
    <w:p>
      <w:r>
        <w:t>☐ Player registration / transfer status checked</w:t>
      </w:r>
    </w:p>
    <w:p>
      <w:r>
        <w:t>☐ Insurance and medical arrangements reviewed</w:t>
      </w:r>
    </w:p>
    <w:p>
      <w:r>
        <w:t>☐ Match kit and equipment confirmed</w:t>
      </w:r>
    </w:p>
    <w:p>
      <w:r>
        <w:t>☐ Travel / accommodation arrangements approved</w:t>
      </w:r>
    </w:p>
    <w:p>
      <w:r>
        <w:t>☐ Fees and budget approved</w:t>
      </w:r>
    </w:p>
    <w:p>
      <w:r>
        <w:t>☐ Parent/guardian consent obtained for minors where needed</w:t>
      </w:r>
    </w:p>
    <w:p>
      <w:pPr>
        <w:spacing w:after="100"/>
      </w:pPr>
      <w:r>
        <w:rPr>
          <w:b/>
        </w:rPr>
        <w:t xml:space="preserve">Outstanding items  </w:t>
      </w:r>
      <w:r>
        <w:t>________________________________________________________________</w:t>
      </w:r>
    </w:p>
    <w:p>
      <w:pPr>
        <w:spacing w:after="100"/>
      </w:pPr>
      <w:r>
        <w:rPr>
          <w:b/>
        </w:rPr>
        <w:t xml:space="preserve">Responsible officer  </w:t>
      </w:r>
      <w:r>
        <w:t>________________________________________________________________</w:t>
      </w:r>
    </w:p>
    <w:p>
      <w:pPr>
        <w:spacing w:after="100"/>
      </w:pPr>
      <w:r>
        <w:rPr>
          <w:b/>
        </w:rPr>
        <w:t xml:space="preserve">Final approval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Team manager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Authorising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COACHING STAFF PERFORMANCE EVALUATION</w:t>
      </w:r>
    </w:p>
    <w:p>
      <w:pPr>
        <w:jc w:val="center"/>
      </w:pPr>
      <w:r>
        <w:rPr>
          <w:i/>
          <w:sz w:val="16"/>
        </w:rPr>
        <w:t>Document Ref: MSDFC-F20    |    Main base: Imo State, Nigeria    |    Affiliate: Asaba, Delta State</w:t>
      </w:r>
    </w:p>
    <w:p/>
    <w:p>
      <w:r>
        <w:rPr>
          <w:b/>
        </w:rPr>
        <w:t xml:space="preserve">Purpose: </w:t>
      </w:r>
      <w:r>
        <w:t>Use fairly, with clear feedback and an opportunity for the staff member to respond.</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Staff name / role</w:t>
              <w:br/>
              <w:br/>
              <w:t>____________________________</w:t>
            </w:r>
          </w:p>
        </w:tc>
        <w:tc>
          <w:tcPr>
            <w:tcW w:type="dxa" w:w="5112"/>
            <w:vAlign w:val="center"/>
          </w:tcPr>
          <w:p>
            <w:r>
              <w:rPr>
                <w:rFonts w:ascii="Arial" w:hAnsi="Arial"/>
                <w:b/>
                <w:sz w:val="17"/>
              </w:rPr>
              <w:t>Reviewer</w:t>
              <w:br/>
              <w:br/>
              <w:t>____________________________</w:t>
            </w:r>
          </w:p>
        </w:tc>
      </w:tr>
      <w:tr>
        <w:tc>
          <w:tcPr>
            <w:tcW w:type="dxa" w:w="5112"/>
            <w:vAlign w:val="center"/>
          </w:tcPr>
          <w:p>
            <w:r>
              <w:rPr>
                <w:rFonts w:ascii="Arial" w:hAnsi="Arial"/>
                <w:b/>
                <w:sz w:val="17"/>
              </w:rPr>
              <w:t>Review period</w:t>
              <w:br/>
              <w:br/>
              <w:t>____________________________</w:t>
            </w:r>
          </w:p>
        </w:tc>
        <w:tc>
          <w:tcPr>
            <w:tcW w:type="dxa" w:w="5112"/>
            <w:vAlign w:val="center"/>
          </w:tcPr>
          <w:p>
            <w:r>
              <w:rPr>
                <w:rFonts w:ascii="Arial" w:hAnsi="Arial"/>
                <w:b/>
                <w:sz w:val="17"/>
              </w:rPr>
              <w:t>Location / team</w:t>
              <w:br/>
              <w:br/>
              <w:t>____________________________</w:t>
            </w:r>
          </w:p>
        </w:tc>
      </w:tr>
    </w:tbl>
    <w:p/>
    <w:p>
      <w:pPr>
        <w:spacing w:after="100"/>
      </w:pPr>
      <w:r>
        <w:rPr>
          <w:b/>
        </w:rPr>
        <w:t xml:space="preserve">Training preparation and delivery  </w:t>
      </w:r>
      <w:r>
        <w:t>________________________________________________________________</w:t>
      </w:r>
    </w:p>
    <w:p>
      <w:pPr>
        <w:spacing w:after="100"/>
      </w:pPr>
      <w:r>
        <w:rPr>
          <w:b/>
        </w:rPr>
        <w:t xml:space="preserve">Player development  </w:t>
      </w:r>
      <w:r>
        <w:t>________________________________________________________________</w:t>
      </w:r>
    </w:p>
    <w:p>
      <w:pPr>
        <w:spacing w:after="100"/>
      </w:pPr>
      <w:r>
        <w:rPr>
          <w:b/>
        </w:rPr>
        <w:t xml:space="preserve">Safeguarding and welfare compliance  </w:t>
      </w:r>
      <w:r>
        <w:t>________________________________________________________________</w:t>
      </w:r>
    </w:p>
    <w:p>
      <w:pPr>
        <w:spacing w:after="100"/>
      </w:pPr>
      <w:r>
        <w:rPr>
          <w:b/>
        </w:rPr>
        <w:t xml:space="preserve">Communication with players / parents  </w:t>
      </w:r>
      <w:r>
        <w:t>________________________________________________________________</w:t>
      </w:r>
    </w:p>
    <w:p>
      <w:pPr>
        <w:spacing w:after="100"/>
      </w:pPr>
      <w:r>
        <w:rPr>
          <w:b/>
        </w:rPr>
        <w:t xml:space="preserve">Attendance and reliability  </w:t>
      </w:r>
      <w:r>
        <w:t>________________________________________________________________</w:t>
      </w:r>
    </w:p>
    <w:p>
      <w:pPr>
        <w:spacing w:after="100"/>
      </w:pPr>
      <w:r>
        <w:rPr>
          <w:b/>
        </w:rPr>
        <w:t xml:space="preserve">Teamwork and professionalism  </w:t>
      </w:r>
      <w:r>
        <w:t>________________________________________________________________</w:t>
      </w:r>
    </w:p>
    <w:p>
      <w:pPr>
        <w:spacing w:after="100"/>
      </w:pPr>
      <w:r>
        <w:rPr>
          <w:b/>
        </w:rPr>
        <w:t xml:space="preserve">Strengths  </w:t>
      </w:r>
      <w:r>
        <w:t>________________________________________________________________</w:t>
      </w:r>
    </w:p>
    <w:p>
      <w:pPr>
        <w:spacing w:after="100"/>
      </w:pPr>
      <w:r>
        <w:rPr>
          <w:b/>
        </w:rPr>
        <w:t xml:space="preserve">Support or training needed  </w:t>
      </w:r>
      <w:r>
        <w:t>________________________________________________________________</w:t>
      </w:r>
    </w:p>
    <w:p>
      <w:pPr>
        <w:spacing w:after="100"/>
      </w:pPr>
      <w:r>
        <w:rPr>
          <w:b/>
        </w:rPr>
        <w:t xml:space="preserve">Agreed objectives and review date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Reviewer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Staff member acknowledgement</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FEE PAYMENT &amp; RECEIPT RECORD</w:t>
      </w:r>
    </w:p>
    <w:p>
      <w:pPr>
        <w:jc w:val="center"/>
      </w:pPr>
      <w:r>
        <w:rPr>
          <w:i/>
          <w:sz w:val="16"/>
        </w:rPr>
        <w:t>Document Ref: MSDFC-F21    |    Main base: Imo State, Nigeria    |    Affiliate: Asaba, Delta State</w:t>
      </w:r>
    </w:p>
    <w:p/>
    <w:p>
      <w:r>
        <w:rPr>
          <w:b/>
        </w:rPr>
        <w:t xml:space="preserve">Purpose: </w:t>
      </w:r>
      <w:r>
        <w:t>Amounts intentionally blank pending approval by club management.</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Receipt number</w:t>
              <w:br/>
              <w:br/>
              <w:t>____________________________</w:t>
            </w:r>
          </w:p>
        </w:tc>
        <w:tc>
          <w:tcPr>
            <w:tcW w:type="dxa" w:w="5112"/>
            <w:vAlign w:val="center"/>
          </w:tcPr>
          <w:p>
            <w:r>
              <w:rPr>
                <w:rFonts w:ascii="Arial" w:hAnsi="Arial"/>
                <w:b/>
                <w:sz w:val="17"/>
              </w:rPr>
              <w:t>Date received</w:t>
              <w:br/>
              <w:br/>
              <w:t>____________________________</w:t>
            </w:r>
          </w:p>
        </w:tc>
      </w:tr>
      <w:tr>
        <w:tc>
          <w:tcPr>
            <w:tcW w:type="dxa" w:w="5112"/>
            <w:vAlign w:val="center"/>
          </w:tcPr>
          <w:p>
            <w:r>
              <w:rPr>
                <w:rFonts w:ascii="Arial" w:hAnsi="Arial"/>
                <w:b/>
                <w:sz w:val="17"/>
              </w:rPr>
              <w:t>Player / payer name</w:t>
              <w:br/>
              <w:br/>
              <w:t>____________________________</w:t>
            </w:r>
          </w:p>
        </w:tc>
        <w:tc>
          <w:tcPr>
            <w:tcW w:type="dxa" w:w="5112"/>
            <w:vAlign w:val="center"/>
          </w:tcPr>
          <w:p>
            <w:r>
              <w:rPr>
                <w:rFonts w:ascii="Arial" w:hAnsi="Arial"/>
                <w:b/>
                <w:sz w:val="17"/>
              </w:rPr>
              <w:t>Registration number (if assigned)</w:t>
              <w:br/>
              <w:br/>
              <w:t>____________________________</w:t>
            </w:r>
          </w:p>
        </w:tc>
      </w:tr>
      <w:tr>
        <w:tc>
          <w:tcPr>
            <w:tcW w:type="dxa" w:w="5112"/>
            <w:vAlign w:val="center"/>
          </w:tcPr>
          <w:p>
            <w:r>
              <w:rPr>
                <w:rFonts w:ascii="Arial" w:hAnsi="Arial"/>
                <w:b/>
                <w:sz w:val="17"/>
              </w:rPr>
              <w:t>Payment purpose (registration / subscription / other)</w:t>
              <w:br/>
              <w:br/>
              <w:t>____________________________</w:t>
            </w:r>
          </w:p>
        </w:tc>
        <w:tc>
          <w:tcPr>
            <w:tcW w:type="dxa" w:w="5112"/>
            <w:vAlign w:val="center"/>
          </w:tcPr>
          <w:p>
            <w:r>
              <w:rPr>
                <w:rFonts w:ascii="Arial" w:hAnsi="Arial"/>
                <w:b/>
                <w:sz w:val="17"/>
              </w:rPr>
              <w:t>Amount due: ₦ __________</w:t>
              <w:br/>
              <w:br/>
              <w:t>____________________________</w:t>
            </w:r>
          </w:p>
        </w:tc>
      </w:tr>
      <w:tr>
        <w:tc>
          <w:tcPr>
            <w:tcW w:type="dxa" w:w="5112"/>
            <w:vAlign w:val="center"/>
          </w:tcPr>
          <w:p>
            <w:r>
              <w:rPr>
                <w:rFonts w:ascii="Arial" w:hAnsi="Arial"/>
                <w:b/>
                <w:sz w:val="17"/>
              </w:rPr>
              <w:t>Amount paid: ₦ __________</w:t>
              <w:br/>
              <w:br/>
              <w:t>____________________________</w:t>
            </w:r>
          </w:p>
        </w:tc>
        <w:tc>
          <w:tcPr>
            <w:tcW w:type="dxa" w:w="5112"/>
            <w:vAlign w:val="center"/>
          </w:tcPr>
          <w:p>
            <w:r>
              <w:rPr>
                <w:rFonts w:ascii="Arial" w:hAnsi="Arial"/>
                <w:b/>
                <w:sz w:val="17"/>
              </w:rPr>
              <w:t>Balance: ₦ __________</w:t>
              <w:br/>
              <w:br/>
              <w:t>____________________________</w:t>
            </w:r>
          </w:p>
        </w:tc>
      </w:tr>
      <w:tr>
        <w:tc>
          <w:tcPr>
            <w:tcW w:type="dxa" w:w="5112"/>
            <w:vAlign w:val="center"/>
          </w:tcPr>
          <w:p>
            <w:r>
              <w:rPr>
                <w:rFonts w:ascii="Arial" w:hAnsi="Arial"/>
                <w:b/>
                <w:sz w:val="17"/>
              </w:rPr>
              <w:t>Payment method / reference</w:t>
              <w:br/>
              <w:br/>
              <w:t>____________________________</w:t>
            </w:r>
          </w:p>
        </w:tc>
        <w:tc>
          <w:tcPr>
            <w:tcW w:type="dxa" w:w="5112"/>
            <w:vAlign w:val="center"/>
          </w:tcPr>
          <w:p>
            <w:r>
              <w:rPr>
                <w:rFonts w:ascii="Arial" w:hAnsi="Arial"/>
                <w:b/>
                <w:sz w:val="17"/>
              </w:rPr>
              <w:t>Received by</w:t>
              <w:br/>
              <w:br/>
              <w:t>____________________________</w:t>
            </w:r>
          </w:p>
        </w:tc>
      </w:tr>
    </w:tbl>
    <w:p/>
    <w:p>
      <w:r>
        <w:t>This record should be supported by an official receipt or verifiable transaction reference. Do not record card PINs, passwords, or other payment credentials.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Payer acknowledgement (optional)</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Authorised receiving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SUBSCRIPTION LEDGER</w:t>
      </w:r>
    </w:p>
    <w:p>
      <w:pPr>
        <w:jc w:val="center"/>
      </w:pPr>
      <w:r>
        <w:rPr>
          <w:i/>
          <w:sz w:val="16"/>
        </w:rPr>
        <w:t>Document Ref: MSDFC-F22    |    Main base: Imo State, Nigeria    |    Affiliate: Asaba, Delta State</w:t>
      </w:r>
    </w:p>
    <w:p/>
    <w:p>
      <w:r>
        <w:rPr>
          <w:b/>
        </w:rPr>
        <w:t xml:space="preserve">Purpose: </w:t>
      </w:r>
      <w:r>
        <w:t>Use one ledger per team, location, or financial period.</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Period</w:t>
              <w:br/>
              <w:br/>
              <w:t>____________________________</w:t>
            </w:r>
          </w:p>
        </w:tc>
        <w:tc>
          <w:tcPr>
            <w:tcW w:type="dxa" w:w="5112"/>
            <w:vAlign w:val="center"/>
          </w:tcPr>
          <w:p>
            <w:r>
              <w:rPr>
                <w:rFonts w:ascii="Arial" w:hAnsi="Arial"/>
                <w:b/>
                <w:sz w:val="17"/>
              </w:rPr>
              <w:t>Location (Imo / Asaba affiliate)</w:t>
              <w:br/>
              <w:br/>
              <w:t>____________________________</w:t>
            </w:r>
          </w:p>
        </w:tc>
      </w:tr>
      <w:tr>
        <w:tc>
          <w:tcPr>
            <w:tcW w:type="dxa" w:w="5112"/>
            <w:vAlign w:val="center"/>
          </w:tcPr>
          <w:p>
            <w:r>
              <w:rPr>
                <w:rFonts w:ascii="Arial" w:hAnsi="Arial"/>
                <w:b/>
                <w:sz w:val="17"/>
              </w:rPr>
              <w:t>Responsible officer</w:t>
              <w:br/>
              <w:br/>
              <w:t>____________________________</w:t>
            </w:r>
          </w:p>
        </w:tc>
        <w:tc>
          <w:tcPr>
            <w:tcW w:type="dxa" w:w="5112"/>
          </w:tcPr>
          <w:p/>
        </w:tc>
      </w:tr>
    </w:tbl>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vAlign w:val="center"/>
            <w:shd w:fill="D9EAF7"/>
          </w:tcPr>
          <w:p>
            <w:r>
              <w:rPr>
                <w:rFonts w:ascii="Arial" w:hAnsi="Arial"/>
                <w:b/>
                <w:sz w:val="17"/>
              </w:rPr>
              <w:t>Date</w:t>
            </w:r>
          </w:p>
        </w:tc>
        <w:tc>
          <w:tcPr>
            <w:tcW w:type="dxa" w:w="1704"/>
            <w:vAlign w:val="center"/>
            <w:shd w:fill="D9EAF7"/>
          </w:tcPr>
          <w:p>
            <w:r>
              <w:rPr>
                <w:rFonts w:ascii="Arial" w:hAnsi="Arial"/>
                <w:b/>
                <w:sz w:val="17"/>
              </w:rPr>
              <w:t>Player / reg. no.</w:t>
            </w:r>
          </w:p>
        </w:tc>
        <w:tc>
          <w:tcPr>
            <w:tcW w:type="dxa" w:w="1704"/>
            <w:vAlign w:val="center"/>
            <w:shd w:fill="D9EAF7"/>
          </w:tcPr>
          <w:p>
            <w:r>
              <w:rPr>
                <w:rFonts w:ascii="Arial" w:hAnsi="Arial"/>
                <w:b/>
                <w:sz w:val="17"/>
              </w:rPr>
              <w:t>Amount due (₦)</w:t>
            </w:r>
          </w:p>
        </w:tc>
        <w:tc>
          <w:tcPr>
            <w:tcW w:type="dxa" w:w="1704"/>
            <w:vAlign w:val="center"/>
            <w:shd w:fill="D9EAF7"/>
          </w:tcPr>
          <w:p>
            <w:r>
              <w:rPr>
                <w:rFonts w:ascii="Arial" w:hAnsi="Arial"/>
                <w:b/>
                <w:sz w:val="17"/>
              </w:rPr>
              <w:t>Amount paid (₦)</w:t>
            </w:r>
          </w:p>
        </w:tc>
        <w:tc>
          <w:tcPr>
            <w:tcW w:type="dxa" w:w="1704"/>
            <w:vAlign w:val="center"/>
            <w:shd w:fill="D9EAF7"/>
          </w:tcPr>
          <w:p>
            <w:r>
              <w:rPr>
                <w:rFonts w:ascii="Arial" w:hAnsi="Arial"/>
                <w:b/>
                <w:sz w:val="17"/>
              </w:rPr>
              <w:t>Balance (₦)</w:t>
            </w:r>
          </w:p>
        </w:tc>
        <w:tc>
          <w:tcPr>
            <w:tcW w:type="dxa" w:w="1704"/>
            <w:vAlign w:val="center"/>
            <w:shd w:fill="D9EAF7"/>
          </w:tcPr>
          <w:p>
            <w:r>
              <w:rPr>
                <w:rFonts w:ascii="Arial" w:hAnsi="Arial"/>
                <w:b/>
                <w:sz w:val="17"/>
              </w:rPr>
              <w:t>Receipt / notes</w:t>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bl>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Total due ₦</w:t>
              <w:br/>
              <w:br/>
              <w:t>____________________________</w:t>
            </w:r>
          </w:p>
        </w:tc>
        <w:tc>
          <w:tcPr>
            <w:tcW w:type="dxa" w:w="5112"/>
            <w:vAlign w:val="center"/>
          </w:tcPr>
          <w:p>
            <w:r>
              <w:rPr>
                <w:rFonts w:ascii="Arial" w:hAnsi="Arial"/>
                <w:b/>
                <w:sz w:val="17"/>
              </w:rPr>
              <w:t>Total received ₦</w:t>
              <w:br/>
              <w:br/>
              <w:t>____________________________</w:t>
            </w:r>
          </w:p>
        </w:tc>
      </w:tr>
      <w:tr>
        <w:tc>
          <w:tcPr>
            <w:tcW w:type="dxa" w:w="5112"/>
            <w:vAlign w:val="center"/>
          </w:tcPr>
          <w:p>
            <w:r>
              <w:rPr>
                <w:rFonts w:ascii="Arial" w:hAnsi="Arial"/>
                <w:b/>
                <w:sz w:val="17"/>
              </w:rPr>
              <w:t>Total outstanding ₦</w:t>
              <w:br/>
              <w:br/>
              <w:t>____________________________</w:t>
            </w:r>
          </w:p>
        </w:tc>
        <w:tc>
          <w:tcPr>
            <w:tcW w:type="dxa" w:w="5112"/>
          </w:tcPr>
          <w:p/>
        </w:tc>
      </w:tr>
    </w:tbl>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Prepared by</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Treasurer review</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MONTHLY INCOME &amp; EXPENDITURE REGISTER</w:t>
      </w:r>
    </w:p>
    <w:p>
      <w:pPr>
        <w:jc w:val="center"/>
      </w:pPr>
      <w:r>
        <w:rPr>
          <w:i/>
          <w:sz w:val="16"/>
        </w:rPr>
        <w:t>Document Ref: MSDFC-F23    |    Main base: Imo State, Nigeria    |    Affiliate: Asaba, Delta State</w:t>
      </w:r>
    </w:p>
    <w:p/>
    <w:p>
      <w:r>
        <w:rPr>
          <w:b/>
        </w:rPr>
        <w:t xml:space="preserve">Purpose: </w:t>
      </w:r>
      <w:r>
        <w:t>Record every transaction and reconcile it against receipts and bank/payment records.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Month / year</w:t>
              <w:br/>
              <w:br/>
              <w:t>____________________________</w:t>
            </w:r>
          </w:p>
        </w:tc>
        <w:tc>
          <w:tcPr>
            <w:tcW w:type="dxa" w:w="5112"/>
            <w:vAlign w:val="center"/>
          </w:tcPr>
          <w:p>
            <w:r>
              <w:rPr>
                <w:rFonts w:ascii="Arial" w:hAnsi="Arial"/>
                <w:b/>
                <w:sz w:val="17"/>
              </w:rPr>
              <w:t>Location / affiliate</w:t>
              <w:br/>
              <w:br/>
              <w:t>____________________________</w:t>
            </w:r>
          </w:p>
        </w:tc>
      </w:tr>
      <w:tr>
        <w:tc>
          <w:tcPr>
            <w:tcW w:type="dxa" w:w="5112"/>
            <w:vAlign w:val="center"/>
          </w:tcPr>
          <w:p>
            <w:r>
              <w:rPr>
                <w:rFonts w:ascii="Arial" w:hAnsi="Arial"/>
                <w:b/>
                <w:sz w:val="17"/>
              </w:rPr>
              <w:t>Prepared by</w:t>
              <w:br/>
              <w:br/>
              <w:t>____________________________</w:t>
            </w:r>
          </w:p>
        </w:tc>
        <w:tc>
          <w:tcPr>
            <w:tcW w:type="dxa" w:w="5112"/>
            <w:vAlign w:val="center"/>
          </w:tcPr>
          <w:p>
            <w:r>
              <w:rPr>
                <w:rFonts w:ascii="Arial" w:hAnsi="Arial"/>
                <w:b/>
                <w:sz w:val="17"/>
              </w:rPr>
              <w:t>Opening balance (₦)</w:t>
              <w:br/>
              <w:br/>
              <w:t>____________________________</w:t>
            </w:r>
          </w:p>
        </w:tc>
      </w:tr>
    </w:tbl>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vAlign w:val="center"/>
            <w:shd w:fill="D9EAF7"/>
          </w:tcPr>
          <w:p>
            <w:r>
              <w:rPr>
                <w:rFonts w:ascii="Arial" w:hAnsi="Arial"/>
                <w:b/>
                <w:sz w:val="17"/>
              </w:rPr>
              <w:t>Date</w:t>
            </w:r>
          </w:p>
        </w:tc>
        <w:tc>
          <w:tcPr>
            <w:tcW w:type="dxa" w:w="1704"/>
            <w:vAlign w:val="center"/>
            <w:shd w:fill="D9EAF7"/>
          </w:tcPr>
          <w:p>
            <w:r>
              <w:rPr>
                <w:rFonts w:ascii="Arial" w:hAnsi="Arial"/>
                <w:b/>
                <w:sz w:val="17"/>
              </w:rPr>
              <w:t>Description</w:t>
            </w:r>
          </w:p>
        </w:tc>
        <w:tc>
          <w:tcPr>
            <w:tcW w:type="dxa" w:w="1704"/>
            <w:vAlign w:val="center"/>
            <w:shd w:fill="D9EAF7"/>
          </w:tcPr>
          <w:p>
            <w:r>
              <w:rPr>
                <w:rFonts w:ascii="Arial" w:hAnsi="Arial"/>
                <w:b/>
                <w:sz w:val="17"/>
              </w:rPr>
              <w:t>Income (₦)</w:t>
            </w:r>
          </w:p>
        </w:tc>
        <w:tc>
          <w:tcPr>
            <w:tcW w:type="dxa" w:w="1704"/>
            <w:vAlign w:val="center"/>
            <w:shd w:fill="D9EAF7"/>
          </w:tcPr>
          <w:p>
            <w:r>
              <w:rPr>
                <w:rFonts w:ascii="Arial" w:hAnsi="Arial"/>
                <w:b/>
                <w:sz w:val="17"/>
              </w:rPr>
              <w:t>Expenditure (₦)</w:t>
            </w:r>
          </w:p>
        </w:tc>
        <w:tc>
          <w:tcPr>
            <w:tcW w:type="dxa" w:w="1704"/>
            <w:vAlign w:val="center"/>
            <w:shd w:fill="D9EAF7"/>
          </w:tcPr>
          <w:p>
            <w:r>
              <w:rPr>
                <w:rFonts w:ascii="Arial" w:hAnsi="Arial"/>
                <w:b/>
                <w:sz w:val="17"/>
              </w:rPr>
              <w:t>Receipt / voucher no.</w:t>
            </w:r>
          </w:p>
        </w:tc>
        <w:tc>
          <w:tcPr>
            <w:tcW w:type="dxa" w:w="1704"/>
            <w:vAlign w:val="center"/>
            <w:shd w:fill="D9EAF7"/>
          </w:tcPr>
          <w:p>
            <w:r>
              <w:rPr>
                <w:rFonts w:ascii="Arial" w:hAnsi="Arial"/>
                <w:b/>
                <w:sz w:val="17"/>
              </w:rPr>
              <w:t>Approved by</w:t>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r>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c>
          <w:tcPr>
            <w:tcW w:type="dxa" w:w="1704"/>
            <w:vAlign w:val="center"/>
          </w:tcPr>
          <w:p>
            <w:r>
              <w:rPr>
                <w:rFonts w:ascii="Arial" w:hAnsi="Arial"/>
                <w:b w:val="0"/>
                <w:sz w:val="17"/>
              </w:rPr>
            </w:r>
          </w:p>
        </w:tc>
      </w:tr>
    </w:tbl>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Total income ₦</w:t>
              <w:br/>
              <w:br/>
              <w:t>____________________________</w:t>
            </w:r>
          </w:p>
        </w:tc>
        <w:tc>
          <w:tcPr>
            <w:tcW w:type="dxa" w:w="5112"/>
            <w:vAlign w:val="center"/>
          </w:tcPr>
          <w:p>
            <w:r>
              <w:rPr>
                <w:rFonts w:ascii="Arial" w:hAnsi="Arial"/>
                <w:b/>
                <w:sz w:val="17"/>
              </w:rPr>
              <w:t>Total expenditure ₦</w:t>
              <w:br/>
              <w:br/>
              <w:t>____________________________</w:t>
            </w:r>
          </w:p>
        </w:tc>
      </w:tr>
      <w:tr>
        <w:tc>
          <w:tcPr>
            <w:tcW w:type="dxa" w:w="5112"/>
            <w:vAlign w:val="center"/>
          </w:tcPr>
          <w:p>
            <w:r>
              <w:rPr>
                <w:rFonts w:ascii="Arial" w:hAnsi="Arial"/>
                <w:b/>
                <w:sz w:val="17"/>
              </w:rPr>
              <w:t>Closing balance (opening + income − expenditure) ₦</w:t>
              <w:br/>
              <w:br/>
              <w:t>____________________________</w:t>
            </w:r>
          </w:p>
        </w:tc>
        <w:tc>
          <w:tcPr>
            <w:tcW w:type="dxa" w:w="5112"/>
          </w:tcPr>
          <w:p/>
        </w:tc>
      </w:tr>
    </w:tbl>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Prepared by</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Treasurer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Management approval</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EXPENDITURE APPROVAL FORM</w:t>
      </w:r>
    </w:p>
    <w:p>
      <w:pPr>
        <w:jc w:val="center"/>
      </w:pPr>
      <w:r>
        <w:rPr>
          <w:i/>
          <w:sz w:val="16"/>
        </w:rPr>
        <w:t>Document Ref: MSDFC-F24    |    Main base: Imo State, Nigeria    |    Affiliate: Asaba, Delta State</w:t>
      </w:r>
    </w:p>
    <w:p/>
    <w:p>
      <w:r>
        <w:rPr>
          <w:b/>
        </w:rPr>
        <w:t xml:space="preserve">Purpose: </w:t>
      </w:r>
      <w:r>
        <w:t>Complete before committing club funds, except urgent safety actions handled under approved procedures.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Request reference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Requesting officer</w:t>
              <w:br/>
              <w:br/>
              <w:t>____________________________</w:t>
            </w:r>
          </w:p>
        </w:tc>
        <w:tc>
          <w:tcPr>
            <w:tcW w:type="dxa" w:w="5112"/>
            <w:vAlign w:val="center"/>
          </w:tcPr>
          <w:p>
            <w:r>
              <w:rPr>
                <w:rFonts w:ascii="Arial" w:hAnsi="Arial"/>
                <w:b/>
                <w:sz w:val="17"/>
              </w:rPr>
              <w:t>Department / location</w:t>
              <w:br/>
              <w:br/>
              <w:t>____________________________</w:t>
            </w:r>
          </w:p>
        </w:tc>
      </w:tr>
      <w:tr>
        <w:tc>
          <w:tcPr>
            <w:tcW w:type="dxa" w:w="5112"/>
            <w:vAlign w:val="center"/>
          </w:tcPr>
          <w:p>
            <w:r>
              <w:rPr>
                <w:rFonts w:ascii="Arial" w:hAnsi="Arial"/>
                <w:b/>
                <w:sz w:val="17"/>
              </w:rPr>
              <w:t>Description of expense</w:t>
              <w:br/>
              <w:br/>
              <w:t>____________________________</w:t>
            </w:r>
          </w:p>
        </w:tc>
        <w:tc>
          <w:tcPr>
            <w:tcW w:type="dxa" w:w="5112"/>
            <w:vAlign w:val="center"/>
          </w:tcPr>
          <w:p>
            <w:r>
              <w:rPr>
                <w:rFonts w:ascii="Arial" w:hAnsi="Arial"/>
                <w:b/>
                <w:sz w:val="17"/>
              </w:rPr>
              <w:t>Reason / business purpose</w:t>
              <w:br/>
              <w:br/>
              <w:t>____________________________</w:t>
            </w:r>
          </w:p>
        </w:tc>
      </w:tr>
      <w:tr>
        <w:tc>
          <w:tcPr>
            <w:tcW w:type="dxa" w:w="5112"/>
            <w:vAlign w:val="center"/>
          </w:tcPr>
          <w:p>
            <w:r>
              <w:rPr>
                <w:rFonts w:ascii="Arial" w:hAnsi="Arial"/>
                <w:b/>
                <w:sz w:val="17"/>
              </w:rPr>
              <w:t>Supplier / payee</w:t>
              <w:br/>
              <w:br/>
              <w:t>____________________________</w:t>
            </w:r>
          </w:p>
        </w:tc>
        <w:tc>
          <w:tcPr>
            <w:tcW w:type="dxa" w:w="5112"/>
            <w:vAlign w:val="center"/>
          </w:tcPr>
          <w:p>
            <w:r>
              <w:rPr>
                <w:rFonts w:ascii="Arial" w:hAnsi="Arial"/>
                <w:b/>
                <w:sz w:val="17"/>
              </w:rPr>
              <w:t>Amount requested: ₦ __________</w:t>
              <w:br/>
              <w:br/>
              <w:t>____________________________</w:t>
            </w:r>
          </w:p>
        </w:tc>
      </w:tr>
      <w:tr>
        <w:tc>
          <w:tcPr>
            <w:tcW w:type="dxa" w:w="5112"/>
            <w:vAlign w:val="center"/>
          </w:tcPr>
          <w:p>
            <w:r>
              <w:rPr>
                <w:rFonts w:ascii="Arial" w:hAnsi="Arial"/>
                <w:b/>
                <w:sz w:val="17"/>
              </w:rPr>
              <w:t>Budget line</w:t>
              <w:br/>
              <w:br/>
              <w:t>____________________________</w:t>
            </w:r>
          </w:p>
        </w:tc>
        <w:tc>
          <w:tcPr>
            <w:tcW w:type="dxa" w:w="5112"/>
            <w:vAlign w:val="center"/>
          </w:tcPr>
          <w:p>
            <w:r>
              <w:rPr>
                <w:rFonts w:ascii="Arial" w:hAnsi="Arial"/>
                <w:b/>
                <w:sz w:val="17"/>
              </w:rPr>
              <w:t>Date required</w:t>
              <w:br/>
              <w:br/>
              <w:t>____________________________</w:t>
            </w:r>
          </w:p>
        </w:tc>
      </w:tr>
    </w:tbl>
    <w:p/>
    <w:p>
      <w:pPr>
        <w:spacing w:after="100"/>
      </w:pPr>
      <w:r>
        <w:rPr>
          <w:b/>
        </w:rPr>
        <w:t xml:space="preserve">Supporting quotations / documents attached  </w:t>
      </w:r>
      <w:r>
        <w:t>________________________________________________________________</w:t>
      </w:r>
    </w:p>
    <w:p>
      <w:pPr>
        <w:spacing w:after="100"/>
      </w:pPr>
      <w:r>
        <w:rPr>
          <w:b/>
        </w:rPr>
        <w:t xml:space="preserve">Treasurer recommendation  </w:t>
      </w:r>
      <w:r>
        <w:t>________________________________________________________________</w:t>
      </w:r>
    </w:p>
    <w:p>
      <w:pPr>
        <w:spacing w:after="100"/>
      </w:pPr>
      <w:r>
        <w:rPr>
          <w:b/>
        </w:rPr>
        <w:t xml:space="preserve">Approving officer decision / conditions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Requester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Treasurer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Authorised approver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SPONSORSHIP / DONATION RECORD</w:t>
      </w:r>
    </w:p>
    <w:p>
      <w:pPr>
        <w:jc w:val="center"/>
      </w:pPr>
      <w:r>
        <w:rPr>
          <w:i/>
          <w:sz w:val="16"/>
        </w:rPr>
        <w:t>Document Ref: MSDFC-F25    |    Main base: Imo State, Nigeria    |    Affiliate: Asaba, Delta State</w:t>
      </w:r>
    </w:p>
    <w:p/>
    <w:p>
      <w:r>
        <w:rPr>
          <w:b/>
        </w:rPr>
        <w:t xml:space="preserve">Purpose: </w:t>
      </w:r>
      <w:r>
        <w:t>Record cash and in-kind support, including any conditions.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Sponsor / donor name</w:t>
              <w:br/>
              <w:br/>
              <w:t>____________________________</w:t>
            </w:r>
          </w:p>
        </w:tc>
        <w:tc>
          <w:tcPr>
            <w:tcW w:type="dxa" w:w="5112"/>
            <w:vAlign w:val="center"/>
          </w:tcPr>
          <w:p>
            <w:r>
              <w:rPr>
                <w:rFonts w:ascii="Arial" w:hAnsi="Arial"/>
                <w:b/>
                <w:sz w:val="17"/>
              </w:rPr>
              <w:t>Organisation / contact</w:t>
              <w:br/>
              <w:br/>
              <w:t>____________________________</w:t>
            </w:r>
          </w:p>
        </w:tc>
      </w:tr>
      <w:tr>
        <w:tc>
          <w:tcPr>
            <w:tcW w:type="dxa" w:w="5112"/>
            <w:vAlign w:val="center"/>
          </w:tcPr>
          <w:p>
            <w:r>
              <w:rPr>
                <w:rFonts w:ascii="Arial" w:hAnsi="Arial"/>
                <w:b/>
                <w:sz w:val="17"/>
              </w:rPr>
              <w:t>Date received / pledged</w:t>
              <w:br/>
              <w:br/>
              <w:t>____________________________</w:t>
            </w:r>
          </w:p>
        </w:tc>
        <w:tc>
          <w:tcPr>
            <w:tcW w:type="dxa" w:w="5112"/>
            <w:vAlign w:val="center"/>
          </w:tcPr>
          <w:p>
            <w:r>
              <w:rPr>
                <w:rFonts w:ascii="Arial" w:hAnsi="Arial"/>
                <w:b/>
                <w:sz w:val="17"/>
              </w:rPr>
              <w:t>Cash amount ₦ __________</w:t>
              <w:br/>
              <w:br/>
              <w:t>____________________________</w:t>
            </w:r>
          </w:p>
        </w:tc>
      </w:tr>
      <w:tr>
        <w:tc>
          <w:tcPr>
            <w:tcW w:type="dxa" w:w="5112"/>
            <w:vAlign w:val="center"/>
          </w:tcPr>
          <w:p>
            <w:r>
              <w:rPr>
                <w:rFonts w:ascii="Arial" w:hAnsi="Arial"/>
                <w:b/>
                <w:sz w:val="17"/>
              </w:rPr>
              <w:t>In-kind items / estimated value</w:t>
              <w:br/>
              <w:br/>
              <w:t>____________________________</w:t>
            </w:r>
          </w:p>
        </w:tc>
        <w:tc>
          <w:tcPr>
            <w:tcW w:type="dxa" w:w="5112"/>
            <w:vAlign w:val="center"/>
          </w:tcPr>
          <w:p>
            <w:r>
              <w:rPr>
                <w:rFonts w:ascii="Arial" w:hAnsi="Arial"/>
                <w:b/>
                <w:sz w:val="17"/>
              </w:rPr>
              <w:t>Purpose / programme</w:t>
              <w:br/>
              <w:br/>
              <w:t>____________________________</w:t>
            </w:r>
          </w:p>
        </w:tc>
      </w:tr>
      <w:tr>
        <w:tc>
          <w:tcPr>
            <w:tcW w:type="dxa" w:w="5112"/>
            <w:vAlign w:val="center"/>
          </w:tcPr>
          <w:p>
            <w:r>
              <w:rPr>
                <w:rFonts w:ascii="Arial" w:hAnsi="Arial"/>
                <w:b/>
                <w:sz w:val="17"/>
              </w:rPr>
              <w:t>Conditions / deliverables</w:t>
              <w:br/>
              <w:br/>
              <w:t>____________________________</w:t>
            </w:r>
          </w:p>
        </w:tc>
        <w:tc>
          <w:tcPr>
            <w:tcW w:type="dxa" w:w="5112"/>
            <w:vAlign w:val="center"/>
          </w:tcPr>
          <w:p>
            <w:r>
              <w:rPr>
                <w:rFonts w:ascii="Arial" w:hAnsi="Arial"/>
                <w:b/>
                <w:sz w:val="17"/>
              </w:rPr>
              <w:t>Acknowledgement sent (date)</w:t>
              <w:br/>
              <w:br/>
              <w:t>____________________________</w:t>
            </w:r>
          </w:p>
        </w:tc>
      </w:tr>
      <w:tr>
        <w:tc>
          <w:tcPr>
            <w:tcW w:type="dxa" w:w="5112"/>
            <w:vAlign w:val="center"/>
          </w:tcPr>
          <w:p>
            <w:r>
              <w:rPr>
                <w:rFonts w:ascii="Arial" w:hAnsi="Arial"/>
                <w:b/>
                <w:sz w:val="17"/>
              </w:rPr>
              <w:t>Responsible club officer</w:t>
              <w:br/>
              <w:br/>
              <w:t>____________________________</w:t>
            </w:r>
          </w:p>
        </w:tc>
        <w:tc>
          <w:tcPr>
            <w:tcW w:type="dxa" w:w="5112"/>
          </w:tcPr>
          <w:p/>
        </w:tc>
      </w:tr>
    </w:tbl>
    <w:p/>
    <w:p>
      <w:pPr>
        <w:spacing w:after="100"/>
      </w:pPr>
      <w:r>
        <w:rPr>
          <w:b/>
        </w:rPr>
        <w:t xml:space="preserve">Use of contribution / disbursement record  </w:t>
      </w:r>
      <w:r>
        <w:t>________________________________________________________________</w:t>
      </w:r>
    </w:p>
    <w:p>
      <w:pPr>
        <w:spacing w:after="100"/>
      </w:pPr>
      <w:r>
        <w:rPr>
          <w:b/>
        </w:rPr>
        <w:t xml:space="preserve">Supporting documents / receipt reference  </w:t>
      </w:r>
      <w:r>
        <w:t>________________________________________________________________</w:t>
      </w:r>
    </w:p>
    <w:p>
      <w:pPr>
        <w:spacing w:after="100"/>
      </w:pPr>
      <w:r>
        <w:rPr>
          <w:b/>
        </w:rPr>
        <w:t xml:space="preserve">Follow-up / reporting date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Recorded by</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Treasurer / authorised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STAFF &amp; VOLUNTEER APPLICATION FORM</w:t>
      </w:r>
    </w:p>
    <w:p>
      <w:pPr>
        <w:jc w:val="center"/>
      </w:pPr>
      <w:r>
        <w:rPr>
          <w:i/>
          <w:sz w:val="16"/>
        </w:rPr>
        <w:t>Document Ref: MSDFC-F26    |    Main base: Imo State, Nigeria    |    Affiliate: Asaba, Delta State</w:t>
      </w:r>
    </w:p>
    <w:p/>
    <w:p>
      <w:r>
        <w:rPr>
          <w:b/>
        </w:rPr>
        <w:t xml:space="preserve">Purpose: </w:t>
      </w:r>
      <w:r>
        <w:t>For administrative, operational, event, welfare, and support roles.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Full name</w:t>
              <w:br/>
              <w:br/>
              <w:t>____________________________</w:t>
            </w:r>
          </w:p>
        </w:tc>
        <w:tc>
          <w:tcPr>
            <w:tcW w:type="dxa" w:w="5112"/>
            <w:vAlign w:val="center"/>
          </w:tcPr>
          <w:p>
            <w:r>
              <w:rPr>
                <w:rFonts w:ascii="Arial" w:hAnsi="Arial"/>
                <w:b/>
                <w:sz w:val="17"/>
              </w:rPr>
              <w:t>Role sought</w:t>
              <w:br/>
              <w:br/>
              <w:t>____________________________</w:t>
            </w:r>
          </w:p>
        </w:tc>
      </w:tr>
      <w:tr>
        <w:tc>
          <w:tcPr>
            <w:tcW w:type="dxa" w:w="5112"/>
            <w:vAlign w:val="center"/>
          </w:tcPr>
          <w:p>
            <w:r>
              <w:rPr>
                <w:rFonts w:ascii="Arial" w:hAnsi="Arial"/>
                <w:b/>
                <w:sz w:val="17"/>
              </w:rPr>
              <w:t>Telephone / email</w:t>
              <w:br/>
              <w:br/>
              <w:t>____________________________</w:t>
            </w:r>
          </w:p>
        </w:tc>
        <w:tc>
          <w:tcPr>
            <w:tcW w:type="dxa" w:w="5112"/>
            <w:vAlign w:val="center"/>
          </w:tcPr>
          <w:p>
            <w:r>
              <w:rPr>
                <w:rFonts w:ascii="Arial" w:hAnsi="Arial"/>
                <w:b/>
                <w:sz w:val="17"/>
              </w:rPr>
              <w:t>Address</w:t>
              <w:br/>
              <w:br/>
              <w:t>____________________________</w:t>
            </w:r>
          </w:p>
        </w:tc>
      </w:tr>
      <w:tr>
        <w:tc>
          <w:tcPr>
            <w:tcW w:type="dxa" w:w="5112"/>
            <w:vAlign w:val="center"/>
          </w:tcPr>
          <w:p>
            <w:r>
              <w:rPr>
                <w:rFonts w:ascii="Arial" w:hAnsi="Arial"/>
                <w:b/>
                <w:sz w:val="17"/>
              </w:rPr>
              <w:t>Relevant skills / qualifications</w:t>
              <w:br/>
              <w:br/>
              <w:t>____________________________</w:t>
            </w:r>
          </w:p>
        </w:tc>
        <w:tc>
          <w:tcPr>
            <w:tcW w:type="dxa" w:w="5112"/>
            <w:vAlign w:val="center"/>
          </w:tcPr>
          <w:p>
            <w:r>
              <w:rPr>
                <w:rFonts w:ascii="Arial" w:hAnsi="Arial"/>
                <w:b/>
                <w:sz w:val="17"/>
              </w:rPr>
              <w:t>Experience</w:t>
              <w:br/>
              <w:br/>
              <w:t>____________________________</w:t>
            </w:r>
          </w:p>
        </w:tc>
      </w:tr>
      <w:tr>
        <w:tc>
          <w:tcPr>
            <w:tcW w:type="dxa" w:w="5112"/>
            <w:vAlign w:val="center"/>
          </w:tcPr>
          <w:p>
            <w:r>
              <w:rPr>
                <w:rFonts w:ascii="Arial" w:hAnsi="Arial"/>
                <w:b/>
                <w:sz w:val="17"/>
              </w:rPr>
              <w:t>Availability</w:t>
              <w:br/>
              <w:br/>
              <w:t>____________________________</w:t>
            </w:r>
          </w:p>
        </w:tc>
        <w:tc>
          <w:tcPr>
            <w:tcW w:type="dxa" w:w="5112"/>
            <w:vAlign w:val="center"/>
          </w:tcPr>
          <w:p>
            <w:r>
              <w:rPr>
                <w:rFonts w:ascii="Arial" w:hAnsi="Arial"/>
                <w:b/>
                <w:sz w:val="17"/>
              </w:rPr>
              <w:t>References (name / contact)</w:t>
              <w:br/>
              <w:br/>
              <w:t>____________________________</w:t>
            </w:r>
          </w:p>
        </w:tc>
      </w:tr>
      <w:tr>
        <w:tc>
          <w:tcPr>
            <w:tcW w:type="dxa" w:w="5112"/>
            <w:vAlign w:val="center"/>
          </w:tcPr>
          <w:p>
            <w:r>
              <w:rPr>
                <w:rFonts w:ascii="Arial" w:hAnsi="Arial"/>
                <w:b/>
                <w:sz w:val="17"/>
              </w:rPr>
              <w:t>Preferred location</w:t>
              <w:br/>
              <w:br/>
              <w:t>____________________________</w:t>
            </w:r>
          </w:p>
        </w:tc>
        <w:tc>
          <w:tcPr>
            <w:tcW w:type="dxa" w:w="5112"/>
            <w:vAlign w:val="center"/>
          </w:tcPr>
          <w:p>
            <w:r>
              <w:rPr>
                <w:rFonts w:ascii="Arial" w:hAnsi="Arial"/>
                <w:b/>
                <w:sz w:val="17"/>
              </w:rPr>
              <w:t>Emergency contact</w:t>
              <w:br/>
              <w:br/>
              <w:t>____________________________</w:t>
            </w:r>
          </w:p>
        </w:tc>
      </w:tr>
    </w:tbl>
    <w:p/>
    <w:p>
      <w:r>
        <w:t>☐ Identity / references checked where appropriate</w:t>
      </w:r>
    </w:p>
    <w:p>
      <w:r>
        <w:t>☐ Role expectations explained</w:t>
      </w:r>
    </w:p>
    <w:p>
      <w:r>
        <w:t>☐ Code of conduct received</w:t>
      </w:r>
    </w:p>
    <w:p>
      <w:r>
        <w:t>☐ Safeguarding training / checks completed where required</w:t>
      </w:r>
    </w:p>
    <w:p>
      <w:pPr>
        <w:spacing w:after="100"/>
      </w:pPr>
      <w:r>
        <w:rPr>
          <w:b/>
        </w:rPr>
        <w:t xml:space="preserve">Interview notes  </w:t>
      </w:r>
      <w:r>
        <w:t>________________________________________________________________</w:t>
      </w:r>
    </w:p>
    <w:p>
      <w:pPr>
        <w:spacing w:after="100"/>
      </w:pPr>
      <w:r>
        <w:rPr>
          <w:b/>
        </w:rPr>
        <w:t xml:space="preserve">Decision  </w:t>
      </w:r>
      <w:r>
        <w:t>________________________________________________________________</w:t>
      </w:r>
    </w:p>
    <w:p>
      <w:pPr>
        <w:spacing w:after="100"/>
      </w:pPr>
      <w:r>
        <w:rPr>
          <w:b/>
        </w:rPr>
        <w:t xml:space="preserve">Start date  </w:t>
      </w:r>
      <w:r>
        <w:t>________________________________________________________________</w:t>
      </w:r>
    </w:p>
    <w:p>
      <w:pPr>
        <w:spacing w:after="100"/>
      </w:pPr>
      <w:r>
        <w:rPr>
          <w:b/>
        </w:rPr>
        <w:t xml:space="preserve">Supervisor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Applicant</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Authorised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CLUB MEMBERSHIP APPLICATION FORM</w:t>
      </w:r>
    </w:p>
    <w:p>
      <w:pPr>
        <w:jc w:val="center"/>
      </w:pPr>
      <w:r>
        <w:rPr>
          <w:i/>
          <w:sz w:val="16"/>
        </w:rPr>
        <w:t>Document Ref: MSDFC-F27    |    Main base: Imo State, Nigeria    |    Affiliate: Asaba, Delta State</w:t>
      </w:r>
    </w:p>
    <w:p/>
    <w:p>
      <w:r>
        <w:rPr>
          <w:b/>
        </w:rPr>
        <w:t xml:space="preserve">Purpose: </w:t>
      </w:r>
      <w:r>
        <w:t>For adult members, supporters, or associates who are not registering as players.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Applicant full name</w:t>
              <w:br/>
              <w:br/>
              <w:t>____________________________</w:t>
            </w:r>
          </w:p>
        </w:tc>
        <w:tc>
          <w:tcPr>
            <w:tcW w:type="dxa" w:w="5112"/>
            <w:vAlign w:val="center"/>
          </w:tcPr>
          <w:p>
            <w:r>
              <w:rPr>
                <w:rFonts w:ascii="Arial" w:hAnsi="Arial"/>
                <w:b/>
                <w:sz w:val="17"/>
              </w:rPr>
              <w:t>Date of birth (if relevant)</w:t>
              <w:br/>
              <w:br/>
              <w:t>____________________________</w:t>
            </w:r>
          </w:p>
        </w:tc>
      </w:tr>
      <w:tr>
        <w:tc>
          <w:tcPr>
            <w:tcW w:type="dxa" w:w="5112"/>
            <w:vAlign w:val="center"/>
          </w:tcPr>
          <w:p>
            <w:r>
              <w:rPr>
                <w:rFonts w:ascii="Arial" w:hAnsi="Arial"/>
                <w:b/>
                <w:sz w:val="17"/>
              </w:rPr>
              <w:t>Address</w:t>
              <w:br/>
              <w:br/>
              <w:t>____________________________</w:t>
            </w:r>
          </w:p>
        </w:tc>
        <w:tc>
          <w:tcPr>
            <w:tcW w:type="dxa" w:w="5112"/>
            <w:vAlign w:val="center"/>
          </w:tcPr>
          <w:p>
            <w:r>
              <w:rPr>
                <w:rFonts w:ascii="Arial" w:hAnsi="Arial"/>
                <w:b/>
                <w:sz w:val="17"/>
              </w:rPr>
              <w:t>Telephone / email</w:t>
              <w:br/>
              <w:br/>
              <w:t>____________________________</w:t>
            </w:r>
          </w:p>
        </w:tc>
      </w:tr>
      <w:tr>
        <w:tc>
          <w:tcPr>
            <w:tcW w:type="dxa" w:w="5112"/>
            <w:vAlign w:val="center"/>
          </w:tcPr>
          <w:p>
            <w:r>
              <w:rPr>
                <w:rFonts w:ascii="Arial" w:hAnsi="Arial"/>
                <w:b/>
                <w:sz w:val="17"/>
              </w:rPr>
              <w:t>Membership category</w:t>
              <w:br/>
              <w:br/>
              <w:t>____________________________</w:t>
            </w:r>
          </w:p>
        </w:tc>
        <w:tc>
          <w:tcPr>
            <w:tcW w:type="dxa" w:w="5112"/>
            <w:vAlign w:val="center"/>
          </w:tcPr>
          <w:p>
            <w:r>
              <w:rPr>
                <w:rFonts w:ascii="Arial" w:hAnsi="Arial"/>
                <w:b/>
                <w:sz w:val="17"/>
              </w:rPr>
              <w:t>Skills / interests</w:t>
              <w:br/>
              <w:br/>
              <w:t>____________________________</w:t>
            </w:r>
          </w:p>
        </w:tc>
      </w:tr>
      <w:tr>
        <w:tc>
          <w:tcPr>
            <w:tcW w:type="dxa" w:w="5112"/>
            <w:vAlign w:val="center"/>
          </w:tcPr>
          <w:p>
            <w:r>
              <w:rPr>
                <w:rFonts w:ascii="Arial" w:hAnsi="Arial"/>
                <w:b/>
                <w:sz w:val="17"/>
              </w:rPr>
              <w:t>Reason for joining</w:t>
              <w:br/>
              <w:br/>
              <w:t>____________________________</w:t>
            </w:r>
          </w:p>
        </w:tc>
        <w:tc>
          <w:tcPr>
            <w:tcW w:type="dxa" w:w="5112"/>
            <w:vAlign w:val="center"/>
          </w:tcPr>
          <w:p>
            <w:r>
              <w:rPr>
                <w:rFonts w:ascii="Arial" w:hAnsi="Arial"/>
                <w:b/>
                <w:sz w:val="17"/>
              </w:rPr>
              <w:t>Fee if approved: ₦ __________</w:t>
              <w:br/>
              <w:br/>
              <w:t>____________________________</w:t>
            </w:r>
          </w:p>
        </w:tc>
      </w:tr>
      <w:tr>
        <w:tc>
          <w:tcPr>
            <w:tcW w:type="dxa" w:w="5112"/>
            <w:vAlign w:val="center"/>
          </w:tcPr>
          <w:p>
            <w:r>
              <w:rPr>
                <w:rFonts w:ascii="Arial" w:hAnsi="Arial"/>
                <w:b/>
                <w:sz w:val="17"/>
              </w:rPr>
              <w:t>Application date</w:t>
              <w:br/>
              <w:br/>
              <w:t>____________________________</w:t>
            </w:r>
          </w:p>
        </w:tc>
        <w:tc>
          <w:tcPr>
            <w:tcW w:type="dxa" w:w="5112"/>
          </w:tcPr>
          <w:p/>
        </w:tc>
      </w:tr>
    </w:tbl>
    <w:p/>
    <w:p>
      <w:r>
        <w:t>I agree to comply with the club's constitution, rules, and lawful decisions.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Applicant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Membership officer decision</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OFFICIAL CORRESPONDENCE REGISTER</w:t>
      </w:r>
    </w:p>
    <w:p>
      <w:pPr>
        <w:jc w:val="center"/>
      </w:pPr>
      <w:r>
        <w:rPr>
          <w:i/>
          <w:sz w:val="16"/>
        </w:rPr>
        <w:t>Document Ref: MSDFC-F28    |    Main base: Imo State, Nigeria    |    Affiliate: Asaba, Delta State</w:t>
      </w:r>
    </w:p>
    <w:p/>
    <w:p>
      <w:r>
        <w:rPr>
          <w:b/>
        </w:rPr>
        <w:t xml:space="preserve">Purpose: </w:t>
      </w:r>
      <w:r>
        <w:t>Maintain one central register for letters, emails, and official notices.</w:t>
      </w:r>
    </w:p>
    <w:tbl>
      <w:tblPr>
        <w:tblStyle w:val="TableGrid"/>
        <w:tblW w:type="auto" w:w="0"/>
        <w:tblLook w:firstColumn="1" w:firstRow="1" w:lastColumn="0" w:lastRow="0" w:noHBand="0" w:noVBand="1" w:val="04A0"/>
      </w:tblPr>
      <w:tblGrid>
        <w:gridCol w:w="1461"/>
        <w:gridCol w:w="1461"/>
        <w:gridCol w:w="1461"/>
        <w:gridCol w:w="1461"/>
        <w:gridCol w:w="1461"/>
        <w:gridCol w:w="1461"/>
        <w:gridCol w:w="1461"/>
      </w:tblGrid>
      <w:tr>
        <w:tc>
          <w:tcPr>
            <w:tcW w:type="dxa" w:w="1461"/>
            <w:vAlign w:val="center"/>
            <w:shd w:fill="D9EAF7"/>
          </w:tcPr>
          <w:p>
            <w:r>
              <w:rPr>
                <w:rFonts w:ascii="Arial" w:hAnsi="Arial"/>
                <w:b/>
                <w:sz w:val="17"/>
              </w:rPr>
              <w:t>Ref. no.</w:t>
            </w:r>
          </w:p>
        </w:tc>
        <w:tc>
          <w:tcPr>
            <w:tcW w:type="dxa" w:w="1461"/>
            <w:vAlign w:val="center"/>
            <w:shd w:fill="D9EAF7"/>
          </w:tcPr>
          <w:p>
            <w:r>
              <w:rPr>
                <w:rFonts w:ascii="Arial" w:hAnsi="Arial"/>
                <w:b/>
                <w:sz w:val="17"/>
              </w:rPr>
              <w:t>Date</w:t>
            </w:r>
          </w:p>
        </w:tc>
        <w:tc>
          <w:tcPr>
            <w:tcW w:type="dxa" w:w="1461"/>
            <w:vAlign w:val="center"/>
            <w:shd w:fill="D9EAF7"/>
          </w:tcPr>
          <w:p>
            <w:r>
              <w:rPr>
                <w:rFonts w:ascii="Arial" w:hAnsi="Arial"/>
                <w:b/>
                <w:sz w:val="17"/>
              </w:rPr>
              <w:t>Received / sent</w:t>
            </w:r>
          </w:p>
        </w:tc>
        <w:tc>
          <w:tcPr>
            <w:tcW w:type="dxa" w:w="1461"/>
            <w:vAlign w:val="center"/>
            <w:shd w:fill="D9EAF7"/>
          </w:tcPr>
          <w:p>
            <w:r>
              <w:rPr>
                <w:rFonts w:ascii="Arial" w:hAnsi="Arial"/>
                <w:b/>
                <w:sz w:val="17"/>
              </w:rPr>
              <w:t>Sender / recipient</w:t>
            </w:r>
          </w:p>
        </w:tc>
        <w:tc>
          <w:tcPr>
            <w:tcW w:type="dxa" w:w="1461"/>
            <w:vAlign w:val="center"/>
            <w:shd w:fill="D9EAF7"/>
          </w:tcPr>
          <w:p>
            <w:r>
              <w:rPr>
                <w:rFonts w:ascii="Arial" w:hAnsi="Arial"/>
                <w:b/>
                <w:sz w:val="17"/>
              </w:rPr>
              <w:t>Subject</w:t>
            </w:r>
          </w:p>
        </w:tc>
        <w:tc>
          <w:tcPr>
            <w:tcW w:type="dxa" w:w="1461"/>
            <w:vAlign w:val="center"/>
            <w:shd w:fill="D9EAF7"/>
          </w:tcPr>
          <w:p>
            <w:r>
              <w:rPr>
                <w:rFonts w:ascii="Arial" w:hAnsi="Arial"/>
                <w:b/>
                <w:sz w:val="17"/>
              </w:rPr>
              <w:t>Officer / action</w:t>
            </w:r>
          </w:p>
        </w:tc>
        <w:tc>
          <w:tcPr>
            <w:tcW w:type="dxa" w:w="1461"/>
            <w:vAlign w:val="center"/>
            <w:shd w:fill="D9EAF7"/>
          </w:tcPr>
          <w:p>
            <w:r>
              <w:rPr>
                <w:rFonts w:ascii="Arial" w:hAnsi="Arial"/>
                <w:b/>
                <w:sz w:val="17"/>
              </w:rPr>
              <w:t>File location / status</w:t>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r>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c>
          <w:tcPr>
            <w:tcW w:type="dxa" w:w="1461"/>
            <w:vAlign w:val="center"/>
          </w:tcPr>
          <w:p>
            <w:r>
              <w:rPr>
                <w:rFonts w:ascii="Arial" w:hAnsi="Arial"/>
                <w:b w:val="0"/>
                <w:sz w:val="17"/>
              </w:rPr>
            </w:r>
          </w:p>
        </w:tc>
      </w:tr>
    </w:tbl>
    <w:p>
      <w:pPr>
        <w:spacing w:after="100"/>
      </w:pPr>
      <w:r>
        <w:rPr>
          <w:b/>
        </w:rPr>
        <w:t xml:space="preserve">Secretary / records officer  </w:t>
      </w:r>
      <w:r>
        <w:t>________________________________________________________________</w:t>
      </w:r>
    </w:p>
    <w:p>
      <w:pPr>
        <w:spacing w:after="100"/>
      </w:pPr>
      <w:r>
        <w:rPr>
          <w:b/>
        </w:rPr>
        <w:t xml:space="preserve">Date  </w:t>
      </w:r>
      <w:r>
        <w:t>________________________________________________________________</w:t>
      </w:r>
    </w:p>
    <w:p>
      <w:r>
        <w:br w:type="page"/>
      </w:r>
    </w:p>
    <w:p>
      <w:pPr>
        <w:jc w:val="center"/>
      </w:pPr>
      <w:r>
        <w:rPr>
          <w:b/>
          <w:color w:val="1F4E79"/>
          <w:sz w:val="26"/>
        </w:rPr>
        <w:t>MERCIA SPORTS DEVELOPMENT FOOTBALL CLUB</w:t>
      </w:r>
    </w:p>
    <w:p>
      <w:pPr>
        <w:jc w:val="center"/>
      </w:pPr>
      <w:r>
        <w:rPr>
          <w:b/>
          <w:sz w:val="30"/>
        </w:rPr>
        <w:t>MANAGEMENT MEETING MINUTES</w:t>
      </w:r>
    </w:p>
    <w:p>
      <w:pPr>
        <w:jc w:val="center"/>
      </w:pPr>
      <w:r>
        <w:rPr>
          <w:i/>
          <w:sz w:val="16"/>
        </w:rPr>
        <w:t>Document Ref: MSDFC-F29    |    Main base: Imo State, Nigeria    |    Affiliate: Asaba, Delta State</w:t>
      </w:r>
    </w:p>
    <w:p/>
    <w:p>
      <w:r>
        <w:rPr>
          <w:b/>
        </w:rPr>
        <w:t xml:space="preserve">Purpose: </w:t>
      </w:r>
      <w:r>
        <w:t>Use for board, technical, finance, affiliate, and operations meetings.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Meeting title</w:t>
              <w:br/>
              <w:br/>
              <w:t>____________________________</w:t>
            </w:r>
          </w:p>
        </w:tc>
        <w:tc>
          <w:tcPr>
            <w:tcW w:type="dxa" w:w="5112"/>
            <w:vAlign w:val="center"/>
          </w:tcPr>
          <w:p>
            <w:r>
              <w:rPr>
                <w:rFonts w:ascii="Arial" w:hAnsi="Arial"/>
                <w:b/>
                <w:sz w:val="17"/>
              </w:rPr>
              <w:t>Date / time</w:t>
              <w:br/>
              <w:br/>
              <w:t>____________________________</w:t>
            </w:r>
          </w:p>
        </w:tc>
      </w:tr>
      <w:tr>
        <w:tc>
          <w:tcPr>
            <w:tcW w:type="dxa" w:w="5112"/>
            <w:vAlign w:val="center"/>
          </w:tcPr>
          <w:p>
            <w:r>
              <w:rPr>
                <w:rFonts w:ascii="Arial" w:hAnsi="Arial"/>
                <w:b/>
                <w:sz w:val="17"/>
              </w:rPr>
              <w:t>Venue / online platform</w:t>
              <w:br/>
              <w:br/>
              <w:t>____________________________</w:t>
            </w:r>
          </w:p>
        </w:tc>
        <w:tc>
          <w:tcPr>
            <w:tcW w:type="dxa" w:w="5112"/>
            <w:vAlign w:val="center"/>
          </w:tcPr>
          <w:p>
            <w:r>
              <w:rPr>
                <w:rFonts w:ascii="Arial" w:hAnsi="Arial"/>
                <w:b/>
                <w:sz w:val="17"/>
              </w:rPr>
              <w:t>Chairperson</w:t>
              <w:br/>
              <w:br/>
              <w:t>____________________________</w:t>
            </w:r>
          </w:p>
        </w:tc>
      </w:tr>
      <w:tr>
        <w:tc>
          <w:tcPr>
            <w:tcW w:type="dxa" w:w="5112"/>
            <w:vAlign w:val="center"/>
          </w:tcPr>
          <w:p>
            <w:r>
              <w:rPr>
                <w:rFonts w:ascii="Arial" w:hAnsi="Arial"/>
                <w:b/>
                <w:sz w:val="17"/>
              </w:rPr>
              <w:t>Minute taker</w:t>
              <w:br/>
              <w:br/>
              <w:t>____________________________</w:t>
            </w:r>
          </w:p>
        </w:tc>
        <w:tc>
          <w:tcPr>
            <w:tcW w:type="dxa" w:w="5112"/>
          </w:tcPr>
          <w:p/>
        </w:tc>
      </w:tr>
    </w:tbl>
    <w:p/>
    <w:p>
      <w:pPr>
        <w:spacing w:after="100"/>
      </w:pPr>
      <w:r>
        <w:rPr>
          <w:b/>
        </w:rPr>
        <w:t xml:space="preserve">Members present  </w:t>
      </w:r>
      <w:r>
        <w:t>________________________________________________________________</w:t>
      </w:r>
    </w:p>
    <w:p>
      <w:pPr>
        <w:spacing w:after="100"/>
      </w:pPr>
      <w:r>
        <w:rPr>
          <w:b/>
        </w:rPr>
        <w:t xml:space="preserve">Apologies / absent  </w:t>
      </w:r>
      <w:r>
        <w:t>________________________________________________________________</w:t>
      </w:r>
    </w:p>
    <w:p>
      <w:pPr>
        <w:spacing w:after="100"/>
      </w:pPr>
      <w:r>
        <w:rPr>
          <w:b/>
        </w:rPr>
        <w:t xml:space="preserve">Agenda items  </w:t>
      </w:r>
      <w:r>
        <w:t>________________________________________________________________</w:t>
      </w:r>
    </w:p>
    <w:p>
      <w:pPr>
        <w:spacing w:after="100"/>
      </w:pPr>
      <w:r>
        <w:rPr>
          <w:b/>
        </w:rPr>
        <w:t xml:space="preserve">Summary of discussion  </w:t>
      </w:r>
      <w:r>
        <w:t>________________________________________________________________</w:t>
      </w:r>
    </w:p>
    <w:p>
      <w:pPr>
        <w:spacing w:after="100"/>
      </w:pPr>
      <w:r>
        <w:rPr>
          <w:b/>
        </w:rPr>
        <w:t xml:space="preserve">Decisions / resolutions  </w:t>
      </w:r>
      <w:r>
        <w:t>________________________________________________________________</w:t>
      </w:r>
    </w:p>
    <w:tbl>
      <w:tblPr>
        <w:tblStyle w:val="TableGrid"/>
        <w:tblW w:type="auto" w:w="0"/>
        <w:tblLook w:firstColumn="1" w:firstRow="1" w:lastColumn="0" w:lastRow="0" w:noHBand="0" w:noVBand="1" w:val="04A0"/>
      </w:tblPr>
      <w:tblGrid>
        <w:gridCol w:w="2556"/>
        <w:gridCol w:w="2556"/>
        <w:gridCol w:w="2556"/>
        <w:gridCol w:w="2556"/>
      </w:tblGrid>
      <w:tr>
        <w:tc>
          <w:tcPr>
            <w:tcW w:type="dxa" w:w="2556"/>
            <w:vAlign w:val="center"/>
            <w:shd w:fill="D9EAF7"/>
          </w:tcPr>
          <w:p>
            <w:r>
              <w:rPr>
                <w:rFonts w:ascii="Arial" w:hAnsi="Arial"/>
                <w:b/>
                <w:sz w:val="17"/>
              </w:rPr>
              <w:t>Action item</w:t>
            </w:r>
          </w:p>
        </w:tc>
        <w:tc>
          <w:tcPr>
            <w:tcW w:type="dxa" w:w="2556"/>
            <w:vAlign w:val="center"/>
            <w:shd w:fill="D9EAF7"/>
          </w:tcPr>
          <w:p>
            <w:r>
              <w:rPr>
                <w:rFonts w:ascii="Arial" w:hAnsi="Arial"/>
                <w:b/>
                <w:sz w:val="17"/>
              </w:rPr>
              <w:t>Responsible person</w:t>
            </w:r>
          </w:p>
        </w:tc>
        <w:tc>
          <w:tcPr>
            <w:tcW w:type="dxa" w:w="2556"/>
            <w:vAlign w:val="center"/>
            <w:shd w:fill="D9EAF7"/>
          </w:tcPr>
          <w:p>
            <w:r>
              <w:rPr>
                <w:rFonts w:ascii="Arial" w:hAnsi="Arial"/>
                <w:b/>
                <w:sz w:val="17"/>
              </w:rPr>
              <w:t>Deadline</w:t>
            </w:r>
          </w:p>
        </w:tc>
        <w:tc>
          <w:tcPr>
            <w:tcW w:type="dxa" w:w="2556"/>
            <w:vAlign w:val="center"/>
            <w:shd w:fill="D9EAF7"/>
          </w:tcPr>
          <w:p>
            <w:r>
              <w:rPr>
                <w:rFonts w:ascii="Arial" w:hAnsi="Arial"/>
                <w:b/>
                <w:sz w:val="17"/>
              </w:rPr>
              <w:t>Status</w:t>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bl>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Chairperson approval</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Secretary</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ANNUAL BUDGET &amp; DEVELOPMENT PLAN</w:t>
      </w:r>
    </w:p>
    <w:p>
      <w:pPr>
        <w:jc w:val="center"/>
      </w:pPr>
      <w:r>
        <w:rPr>
          <w:i/>
          <w:sz w:val="16"/>
        </w:rPr>
        <w:t>Document Ref: MSDFC-F30    |    Main base: Imo State, Nigeria    |    Affiliate: Asaba, Delta State</w:t>
      </w:r>
    </w:p>
    <w:p/>
    <w:p>
      <w:r>
        <w:rPr>
          <w:b/>
        </w:rPr>
        <w:t xml:space="preserve">Purpose: </w:t>
      </w:r>
      <w:r>
        <w:t>Prepare annually and review quarterly for the Imo base and Asaba affiliate.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Financial year</w:t>
              <w:br/>
              <w:br/>
              <w:t>____________________________</w:t>
            </w:r>
          </w:p>
        </w:tc>
        <w:tc>
          <w:tcPr>
            <w:tcW w:type="dxa" w:w="5112"/>
            <w:vAlign w:val="center"/>
          </w:tcPr>
          <w:p>
            <w:r>
              <w:rPr>
                <w:rFonts w:ascii="Arial" w:hAnsi="Arial"/>
                <w:b/>
                <w:sz w:val="17"/>
              </w:rPr>
              <w:t>Prepared by</w:t>
              <w:br/>
              <w:br/>
              <w:t>____________________________</w:t>
            </w:r>
          </w:p>
        </w:tc>
      </w:tr>
      <w:tr>
        <w:tc>
          <w:tcPr>
            <w:tcW w:type="dxa" w:w="5112"/>
            <w:vAlign w:val="center"/>
          </w:tcPr>
          <w:p>
            <w:r>
              <w:rPr>
                <w:rFonts w:ascii="Arial" w:hAnsi="Arial"/>
                <w:b/>
                <w:sz w:val="17"/>
              </w:rPr>
              <w:t>Approval date</w:t>
              <w:br/>
              <w:br/>
              <w:t>____________________________</w:t>
            </w:r>
          </w:p>
        </w:tc>
        <w:tc>
          <w:tcPr>
            <w:tcW w:type="dxa" w:w="5112"/>
            <w:vAlign w:val="center"/>
          </w:tcPr>
          <w:p>
            <w:r>
              <w:rPr>
                <w:rFonts w:ascii="Arial" w:hAnsi="Arial"/>
                <w:b/>
                <w:sz w:val="17"/>
              </w:rPr>
              <w:t>Strategic priorities</w:t>
              <w:br/>
              <w:br/>
              <w:t>____________________________</w:t>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vAlign w:val="center"/>
            <w:shd w:fill="D9EAF7"/>
          </w:tcPr>
          <w:p>
            <w:r>
              <w:rPr>
                <w:rFonts w:ascii="Arial" w:hAnsi="Arial"/>
                <w:b/>
                <w:sz w:val="17"/>
              </w:rPr>
              <w:t>Budget line</w:t>
            </w:r>
          </w:p>
        </w:tc>
        <w:tc>
          <w:tcPr>
            <w:tcW w:type="dxa" w:w="2556"/>
            <w:vAlign w:val="center"/>
            <w:shd w:fill="D9EAF7"/>
          </w:tcPr>
          <w:p>
            <w:r>
              <w:rPr>
                <w:rFonts w:ascii="Arial" w:hAnsi="Arial"/>
                <w:b/>
                <w:sz w:val="17"/>
              </w:rPr>
              <w:t>Projected income (₦)</w:t>
            </w:r>
          </w:p>
        </w:tc>
        <w:tc>
          <w:tcPr>
            <w:tcW w:type="dxa" w:w="2556"/>
            <w:vAlign w:val="center"/>
            <w:shd w:fill="D9EAF7"/>
          </w:tcPr>
          <w:p>
            <w:r>
              <w:rPr>
                <w:rFonts w:ascii="Arial" w:hAnsi="Arial"/>
                <w:b/>
                <w:sz w:val="17"/>
              </w:rPr>
              <w:t>Projected cost (₦)</w:t>
            </w:r>
          </w:p>
        </w:tc>
        <w:tc>
          <w:tcPr>
            <w:tcW w:type="dxa" w:w="2556"/>
            <w:vAlign w:val="center"/>
            <w:shd w:fill="D9EAF7"/>
          </w:tcPr>
          <w:p>
            <w:r>
              <w:rPr>
                <w:rFonts w:ascii="Arial" w:hAnsi="Arial"/>
                <w:b/>
                <w:sz w:val="17"/>
              </w:rPr>
              <w:t>Notes / funding source</w:t>
            </w:r>
          </w:p>
        </w:tc>
      </w:tr>
      <w:tr>
        <w:tc>
          <w:tcPr>
            <w:tcW w:type="dxa" w:w="2556"/>
            <w:vAlign w:val="center"/>
          </w:tcPr>
          <w:p>
            <w:r>
              <w:rPr>
                <w:rFonts w:ascii="Arial" w:hAnsi="Arial"/>
                <w:b w:val="0"/>
                <w:sz w:val="17"/>
              </w:rPr>
              <w:t>Player fees / subscriptions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Sponsorship / donations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Grants / fundraising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Training facilities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Equipment / kits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Coaching and staff</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Medical / safeguarding</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Competition fees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Transport / accommodation</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Administration / communications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Talent scouting / trials</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r>
        <w:tc>
          <w:tcPr>
            <w:tcW w:type="dxa" w:w="2556"/>
            <w:vAlign w:val="center"/>
          </w:tcPr>
          <w:p>
            <w:r>
              <w:rPr>
                <w:rFonts w:ascii="Arial" w:hAnsi="Arial"/>
                <w:b w:val="0"/>
                <w:sz w:val="17"/>
              </w:rPr>
              <w:t>Contingency</w:t>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c>
          <w:tcPr>
            <w:tcW w:type="dxa" w:w="2556"/>
            <w:vAlign w:val="center"/>
          </w:tcPr>
          <w:p>
            <w:r>
              <w:rPr>
                <w:rFonts w:ascii="Arial" w:hAnsi="Arial"/>
                <w:b w:val="0"/>
                <w:sz w:val="17"/>
              </w:rPr>
            </w:r>
          </w:p>
        </w:tc>
      </w:tr>
    </w:tbl>
    <w:p>
      <w:pPr>
        <w:spacing w:after="100"/>
      </w:pPr>
      <w:r>
        <w:rPr>
          <w:b/>
        </w:rPr>
        <w:t xml:space="preserve">Annual player development targets  </w:t>
      </w:r>
      <w:r>
        <w:t>________________________________________________________________</w:t>
      </w:r>
    </w:p>
    <w:p>
      <w:pPr>
        <w:spacing w:after="100"/>
      </w:pPr>
      <w:r>
        <w:rPr>
          <w:b/>
        </w:rPr>
        <w:t xml:space="preserve">Competition targets  </w:t>
      </w:r>
      <w:r>
        <w:t>________________________________________________________________</w:t>
      </w:r>
    </w:p>
    <w:p>
      <w:pPr>
        <w:spacing w:after="100"/>
      </w:pPr>
      <w:r>
        <w:rPr>
          <w:b/>
        </w:rPr>
        <w:t xml:space="preserve">Staff training targets  </w:t>
      </w:r>
      <w:r>
        <w:t>________________________________________________________________</w:t>
      </w:r>
    </w:p>
    <w:p>
      <w:pPr>
        <w:spacing w:after="100"/>
      </w:pPr>
      <w:r>
        <w:rPr>
          <w:b/>
        </w:rPr>
        <w:t xml:space="preserve">Facility / equipment targets  </w:t>
      </w:r>
      <w:r>
        <w:t>________________________________________________________________</w:t>
      </w:r>
    </w:p>
    <w:p>
      <w:pPr>
        <w:spacing w:after="100"/>
      </w:pPr>
      <w:r>
        <w:rPr>
          <w:b/>
        </w:rPr>
        <w:t xml:space="preserve">Sponsorship targets  </w:t>
      </w:r>
      <w:r>
        <w:t>________________________________________________________________</w:t>
      </w:r>
    </w:p>
    <w:p>
      <w:pPr>
        <w:spacing w:after="100"/>
      </w:pPr>
      <w:r>
        <w:rPr>
          <w:b/>
        </w:rPr>
        <w:t xml:space="preserve">Risks and mitigation  </w:t>
      </w:r>
      <w:r>
        <w:t>________________________________________________________________</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Prepared by</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Treasurer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Management approval</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SAFEGUARDING / WELFARE CONCERN REPORT</w:t>
      </w:r>
    </w:p>
    <w:p>
      <w:pPr>
        <w:jc w:val="center"/>
      </w:pPr>
      <w:r>
        <w:rPr>
          <w:i/>
          <w:sz w:val="16"/>
        </w:rPr>
        <w:t>Document Ref: MSDFC-F31    |    Main base: Imo State, Nigeria    |    Affiliate: Asaba, Delta State</w:t>
      </w:r>
    </w:p>
    <w:p/>
    <w:p>
      <w:r>
        <w:rPr>
          <w:b/>
        </w:rPr>
        <w:t xml:space="preserve">Purpose: </w:t>
      </w:r>
      <w:r>
        <w:t>Confidential. Use to report a concern about a child's or participant's safety or welfare.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Report reference</w:t>
              <w:br/>
              <w:br/>
              <w:t>____________________________</w:t>
            </w:r>
          </w:p>
        </w:tc>
        <w:tc>
          <w:tcPr>
            <w:tcW w:type="dxa" w:w="5112"/>
            <w:vAlign w:val="center"/>
          </w:tcPr>
          <w:p>
            <w:r>
              <w:rPr>
                <w:rFonts w:ascii="Arial" w:hAnsi="Arial"/>
                <w:b/>
                <w:sz w:val="17"/>
              </w:rPr>
              <w:t>Date / time concern received</w:t>
              <w:br/>
              <w:br/>
              <w:t>____________________________</w:t>
            </w:r>
          </w:p>
        </w:tc>
      </w:tr>
      <w:tr>
        <w:tc>
          <w:tcPr>
            <w:tcW w:type="dxa" w:w="5112"/>
            <w:vAlign w:val="center"/>
          </w:tcPr>
          <w:p>
            <w:r>
              <w:rPr>
                <w:rFonts w:ascii="Arial" w:hAnsi="Arial"/>
                <w:b/>
                <w:sz w:val="17"/>
              </w:rPr>
              <w:t>Name of person reporting (if safe to record)</w:t>
              <w:br/>
              <w:br/>
              <w:t>____________________________</w:t>
            </w:r>
          </w:p>
        </w:tc>
        <w:tc>
          <w:tcPr>
            <w:tcW w:type="dxa" w:w="5112"/>
            <w:vAlign w:val="center"/>
          </w:tcPr>
          <w:p>
            <w:r>
              <w:rPr>
                <w:rFonts w:ascii="Arial" w:hAnsi="Arial"/>
                <w:b/>
                <w:sz w:val="17"/>
              </w:rPr>
              <w:t>Preferred safe contact method</w:t>
              <w:br/>
              <w:br/>
              <w:t>____________________________</w:t>
            </w:r>
          </w:p>
        </w:tc>
      </w:tr>
      <w:tr>
        <w:tc>
          <w:tcPr>
            <w:tcW w:type="dxa" w:w="5112"/>
            <w:vAlign w:val="center"/>
          </w:tcPr>
          <w:p>
            <w:r>
              <w:rPr>
                <w:rFonts w:ascii="Arial" w:hAnsi="Arial"/>
                <w:b/>
                <w:sz w:val="17"/>
              </w:rPr>
              <w:t>Person affected / age (avoid unnecessary detail)</w:t>
              <w:br/>
              <w:br/>
              <w:t>____________________________</w:t>
            </w:r>
          </w:p>
        </w:tc>
        <w:tc>
          <w:tcPr>
            <w:tcW w:type="dxa" w:w="5112"/>
            <w:vAlign w:val="center"/>
          </w:tcPr>
          <w:p>
            <w:r>
              <w:rPr>
                <w:rFonts w:ascii="Arial" w:hAnsi="Arial"/>
                <w:b/>
                <w:sz w:val="17"/>
              </w:rPr>
              <w:t>Nature of concern</w:t>
              <w:br/>
              <w:br/>
              <w:t>____________________________</w:t>
            </w:r>
          </w:p>
        </w:tc>
      </w:tr>
      <w:tr>
        <w:tc>
          <w:tcPr>
            <w:tcW w:type="dxa" w:w="5112"/>
            <w:vAlign w:val="center"/>
          </w:tcPr>
          <w:p>
            <w:r>
              <w:rPr>
                <w:rFonts w:ascii="Arial" w:hAnsi="Arial"/>
                <w:b/>
                <w:sz w:val="17"/>
              </w:rPr>
              <w:t>Date / location of incident (if known)</w:t>
              <w:br/>
              <w:br/>
              <w:t>____________________________</w:t>
            </w:r>
          </w:p>
        </w:tc>
        <w:tc>
          <w:tcPr>
            <w:tcW w:type="dxa" w:w="5112"/>
          </w:tcPr>
          <w:p/>
        </w:tc>
      </w:tr>
    </w:tbl>
    <w:p/>
    <w:p>
      <w:pPr>
        <w:spacing w:after="100"/>
      </w:pPr>
      <w:r>
        <w:rPr>
          <w:b/>
        </w:rPr>
        <w:t xml:space="preserve">Person's own words where possible / factual account  </w:t>
      </w:r>
      <w:r>
        <w:t>________________________________________________________________</w:t>
      </w:r>
    </w:p>
    <w:p>
      <w:pPr>
        <w:spacing w:after="100"/>
      </w:pPr>
      <w:r>
        <w:rPr>
          <w:b/>
        </w:rPr>
        <w:t xml:space="preserve">Immediate safety concern  </w:t>
      </w:r>
      <w:r>
        <w:t>________________________________________________________________</w:t>
      </w:r>
    </w:p>
    <w:p>
      <w:pPr>
        <w:spacing w:after="100"/>
      </w:pPr>
      <w:r>
        <w:rPr>
          <w:b/>
        </w:rPr>
        <w:t xml:space="preserve">Immediate action taken  </w:t>
      </w:r>
      <w:r>
        <w:t>________________________________________________________________</w:t>
      </w:r>
    </w:p>
    <w:p>
      <w:pPr>
        <w:spacing w:after="100"/>
      </w:pPr>
      <w:r>
        <w:rPr>
          <w:b/>
        </w:rPr>
        <w:t xml:space="preserve">Who has been informed and when  </w:t>
      </w:r>
      <w:r>
        <w:t>________________________________________________________________</w:t>
      </w:r>
    </w:p>
    <w:p>
      <w:pPr>
        <w:spacing w:after="100"/>
      </w:pPr>
      <w:r>
        <w:rPr>
          <w:b/>
        </w:rPr>
        <w:t xml:space="preserve">Referral to appropriate authority / service if required  </w:t>
      </w:r>
      <w:r>
        <w:t>________________________________________________________________</w:t>
      </w:r>
    </w:p>
    <w:p>
      <w:pPr>
        <w:spacing w:after="100"/>
      </w:pPr>
      <w:r>
        <w:rPr>
          <w:b/>
        </w:rPr>
        <w:t xml:space="preserve">Follow-up owner and date  </w:t>
      </w:r>
      <w:r>
        <w:t>________________________________________________________________</w:t>
      </w:r>
    </w:p>
    <w:p>
      <w:r>
        <w:t>Do not investigate allegations yourself, promise secrecy, or confront a person who may pose a risk. Prioritise immediate safety and follow applicable law and the club's safeguarding procedure. For imminent danger, contact appropriate emergency services or child-protection authorities.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Receiving officer</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Designated safeguarding lead</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PHOTOGRAPHY / VIDEO CONSENT FORM</w:t>
      </w:r>
    </w:p>
    <w:p>
      <w:pPr>
        <w:jc w:val="center"/>
      </w:pPr>
      <w:r>
        <w:rPr>
          <w:i/>
          <w:sz w:val="16"/>
        </w:rPr>
        <w:t>Document Ref: MSDFC-F32    |    Main base: Imo State, Nigeria    |    Affiliate: Asaba, Delta State</w:t>
      </w:r>
    </w:p>
    <w:p/>
    <w:p>
      <w:r>
        <w:rPr>
          <w:b/>
        </w:rPr>
        <w:t xml:space="preserve">Purpose: </w:t>
      </w:r>
      <w:r>
        <w:t>Keep this consent separate from general participation consent; participation should not depend on publicity consent.</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name</w:t>
              <w:br/>
              <w:br/>
              <w:t>____________________________</w:t>
            </w:r>
          </w:p>
        </w:tc>
        <w:tc>
          <w:tcPr>
            <w:tcW w:type="dxa" w:w="5112"/>
            <w:vAlign w:val="center"/>
          </w:tcPr>
          <w:p>
            <w:r>
              <w:rPr>
                <w:rFonts w:ascii="Arial" w:hAnsi="Arial"/>
                <w:b/>
                <w:sz w:val="17"/>
              </w:rPr>
              <w:t>Date of birth / age group</w:t>
              <w:br/>
              <w:br/>
              <w:t>____________________________</w:t>
            </w:r>
          </w:p>
        </w:tc>
      </w:tr>
      <w:tr>
        <w:tc>
          <w:tcPr>
            <w:tcW w:type="dxa" w:w="5112"/>
            <w:vAlign w:val="center"/>
          </w:tcPr>
          <w:p>
            <w:r>
              <w:rPr>
                <w:rFonts w:ascii="Arial" w:hAnsi="Arial"/>
                <w:b/>
                <w:sz w:val="17"/>
              </w:rPr>
              <w:t>Parent/guardian name if minor</w:t>
              <w:br/>
              <w:br/>
              <w:t>____________________________</w:t>
            </w:r>
          </w:p>
        </w:tc>
        <w:tc>
          <w:tcPr>
            <w:tcW w:type="dxa" w:w="5112"/>
            <w:vAlign w:val="center"/>
          </w:tcPr>
          <w:p>
            <w:r>
              <w:rPr>
                <w:rFonts w:ascii="Arial" w:hAnsi="Arial"/>
                <w:b/>
                <w:sz w:val="17"/>
              </w:rPr>
              <w:t>Date</w:t>
              <w:br/>
              <w:br/>
              <w:t>____________________________</w:t>
            </w:r>
          </w:p>
        </w:tc>
      </w:tr>
    </w:tbl>
    <w:p/>
    <w:p>
      <w:r>
        <w:t>Please indicate your choices:</w:t>
      </w:r>
    </w:p>
    <w:p>
      <w:r>
        <w:t>☐ I consent to club photography/video for internal training and team records.</w:t>
      </w:r>
    </w:p>
    <w:p>
      <w:r>
        <w:t>☐ I consent to photographs/video being used on official club social media and website.</w:t>
      </w:r>
    </w:p>
    <w:p>
      <w:r>
        <w:t>☐ I consent to use in printed promotional materials or sponsor reports.</w:t>
      </w:r>
    </w:p>
    <w:p>
      <w:r>
        <w:t>Names, tagging, or identifying details: ☐ May be used where appropriate  ☐ Do not publish identifying details</w:t>
      </w:r>
    </w:p>
    <w:p>
      <w:r>
        <w:t>Consent may be withdrawn for future use by contacting the club in writing. The club will explain practical limits on removing material already printed or shared.</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Player signature (if appropriate)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Parent/guardian signature if minor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TRAVEL &amp; ACCOMMODATION CONSENT FOR MINORS</w:t>
      </w:r>
    </w:p>
    <w:p>
      <w:pPr>
        <w:jc w:val="center"/>
      </w:pPr>
      <w:r>
        <w:rPr>
          <w:i/>
          <w:sz w:val="16"/>
        </w:rPr>
        <w:t>Document Ref: MSDFC-F33    |    Main base: Imo State, Nigeria    |    Affiliate: Asaba, Delta State</w:t>
      </w:r>
    </w:p>
    <w:p/>
    <w:p>
      <w:r>
        <w:rPr>
          <w:b/>
        </w:rPr>
        <w:t xml:space="preserve">Purpose: </w:t>
      </w:r>
      <w:r>
        <w:t>Complete for each trip where a minor travels with the club.</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Trip / competition</w:t>
              <w:br/>
              <w:br/>
              <w:t>____________________________</w:t>
            </w:r>
          </w:p>
        </w:tc>
        <w:tc>
          <w:tcPr>
            <w:tcW w:type="dxa" w:w="5112"/>
            <w:vAlign w:val="center"/>
          </w:tcPr>
          <w:p>
            <w:r>
              <w:rPr>
                <w:rFonts w:ascii="Arial" w:hAnsi="Arial"/>
                <w:b/>
                <w:sz w:val="17"/>
              </w:rPr>
              <w:t>Destination</w:t>
              <w:br/>
              <w:br/>
              <w:t>____________________________</w:t>
            </w:r>
          </w:p>
        </w:tc>
      </w:tr>
      <w:tr>
        <w:tc>
          <w:tcPr>
            <w:tcW w:type="dxa" w:w="5112"/>
            <w:vAlign w:val="center"/>
          </w:tcPr>
          <w:p>
            <w:r>
              <w:rPr>
                <w:rFonts w:ascii="Arial" w:hAnsi="Arial"/>
                <w:b/>
                <w:sz w:val="17"/>
              </w:rPr>
              <w:t>Departure and return dates/times</w:t>
              <w:br/>
              <w:br/>
              <w:t>____________________________</w:t>
            </w:r>
          </w:p>
        </w:tc>
        <w:tc>
          <w:tcPr>
            <w:tcW w:type="dxa" w:w="5112"/>
            <w:vAlign w:val="center"/>
          </w:tcPr>
          <w:p>
            <w:r>
              <w:rPr>
                <w:rFonts w:ascii="Arial" w:hAnsi="Arial"/>
                <w:b/>
                <w:sz w:val="17"/>
              </w:rPr>
              <w:t>Travel arrangements / transport provider</w:t>
              <w:br/>
              <w:br/>
              <w:t>____________________________</w:t>
            </w:r>
          </w:p>
        </w:tc>
      </w:tr>
      <w:tr>
        <w:tc>
          <w:tcPr>
            <w:tcW w:type="dxa" w:w="5112"/>
            <w:vAlign w:val="center"/>
          </w:tcPr>
          <w:p>
            <w:r>
              <w:rPr>
                <w:rFonts w:ascii="Arial" w:hAnsi="Arial"/>
                <w:b/>
                <w:sz w:val="17"/>
              </w:rPr>
              <w:t>Accommodation details (if any)</w:t>
              <w:br/>
              <w:br/>
              <w:t>____________________________</w:t>
            </w:r>
          </w:p>
        </w:tc>
        <w:tc>
          <w:tcPr>
            <w:tcW w:type="dxa" w:w="5112"/>
            <w:vAlign w:val="center"/>
          </w:tcPr>
          <w:p>
            <w:r>
              <w:rPr>
                <w:rFonts w:ascii="Arial" w:hAnsi="Arial"/>
                <w:b/>
                <w:sz w:val="17"/>
              </w:rPr>
              <w:t>Trip leader and emergency phone</w:t>
              <w:br/>
              <w:br/>
              <w:t>____________________________</w:t>
            </w:r>
          </w:p>
        </w:tc>
      </w:tr>
      <w:tr>
        <w:tc>
          <w:tcPr>
            <w:tcW w:type="dxa" w:w="5112"/>
            <w:vAlign w:val="center"/>
          </w:tcPr>
          <w:p>
            <w:r>
              <w:rPr>
                <w:rFonts w:ascii="Arial" w:hAnsi="Arial"/>
                <w:b/>
                <w:sz w:val="17"/>
              </w:rPr>
              <w:t>Player name / date of birth</w:t>
              <w:br/>
              <w:br/>
              <w:t>____________________________</w:t>
            </w:r>
          </w:p>
        </w:tc>
        <w:tc>
          <w:tcPr>
            <w:tcW w:type="dxa" w:w="5112"/>
            <w:vAlign w:val="center"/>
          </w:tcPr>
          <w:p>
            <w:r>
              <w:rPr>
                <w:rFonts w:ascii="Arial" w:hAnsi="Arial"/>
                <w:b/>
                <w:sz w:val="17"/>
              </w:rPr>
              <w:t>Parent/guardian name and phone</w:t>
              <w:br/>
              <w:br/>
              <w:t>____________________________</w:t>
            </w:r>
          </w:p>
        </w:tc>
      </w:tr>
      <w:tr>
        <w:tc>
          <w:tcPr>
            <w:tcW w:type="dxa" w:w="5112"/>
            <w:vAlign w:val="center"/>
          </w:tcPr>
          <w:p>
            <w:r>
              <w:rPr>
                <w:rFonts w:ascii="Arial" w:hAnsi="Arial"/>
                <w:b/>
                <w:sz w:val="17"/>
              </w:rPr>
              <w:t>Alternative emergency contact</w:t>
              <w:br/>
              <w:br/>
              <w:t>____________________________</w:t>
            </w:r>
          </w:p>
        </w:tc>
        <w:tc>
          <w:tcPr>
            <w:tcW w:type="dxa" w:w="5112"/>
          </w:tcPr>
          <w:p/>
        </w:tc>
      </w:tr>
    </w:tbl>
    <w:p/>
    <w:p>
      <w:r>
        <w:t>☐ Itinerary and contact details received</w:t>
      </w:r>
    </w:p>
    <w:p>
      <w:r>
        <w:t>☐ Relevant medical information checked securely</w:t>
      </w:r>
    </w:p>
    <w:p>
      <w:r>
        <w:t>☐ Medication arrangements discussed with guardian</w:t>
      </w:r>
    </w:p>
    <w:p>
      <w:r>
        <w:t>☐ Supervision and rooming arrangements explained</w:t>
      </w:r>
    </w:p>
    <w:p>
      <w:r>
        <w:t>☐ Emergency plan and pick-up arrangements communicated</w:t>
      </w:r>
    </w:p>
    <w:p>
      <w:pPr>
        <w:spacing w:after="100"/>
      </w:pPr>
      <w:r>
        <w:rPr>
          <w:b/>
        </w:rPr>
        <w:t xml:space="preserve">Special instructions / restrictions  </w:t>
      </w:r>
      <w:r>
        <w:t>________________________________________________________________</w:t>
      </w:r>
    </w:p>
    <w:p>
      <w:pPr>
        <w:spacing w:after="100"/>
      </w:pPr>
      <w:r>
        <w:rPr>
          <w:b/>
        </w:rPr>
        <w:t xml:space="preserve">Consent conditions  </w:t>
      </w:r>
      <w:r>
        <w:t>________________________________________________________________</w:t>
      </w:r>
    </w:p>
    <w:p>
      <w:r>
        <w:t>I give permission for the named child to participate in the trip described above and understand that material changes will be communicated where practicable.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Parent/guardian signature</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Club trip leader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GRIEVANCE / COMPLAINT FORM</w:t>
      </w:r>
    </w:p>
    <w:p>
      <w:pPr>
        <w:jc w:val="center"/>
      </w:pPr>
      <w:r>
        <w:rPr>
          <w:i/>
          <w:sz w:val="16"/>
        </w:rPr>
        <w:t>Document Ref: MSDFC-F34    |    Main base: Imo State, Nigeria    |    Affiliate: Asaba, Delta State</w:t>
      </w:r>
    </w:p>
    <w:p/>
    <w:p>
      <w:r>
        <w:rPr>
          <w:b/>
        </w:rPr>
        <w:t xml:space="preserve">Purpose: </w:t>
      </w:r>
      <w:r>
        <w:t>Players may raise concerns without retaliation. Minors may ask a trusted adult to help.</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Name (or request confidential handling)</w:t>
              <w:br/>
              <w:br/>
              <w:t>____________________________</w:t>
            </w:r>
          </w:p>
        </w:tc>
        <w:tc>
          <w:tcPr>
            <w:tcW w:type="dxa" w:w="5112"/>
            <w:vAlign w:val="center"/>
          </w:tcPr>
          <w:p>
            <w:r>
              <w:rPr>
                <w:rFonts w:ascii="Arial" w:hAnsi="Arial"/>
                <w:b/>
                <w:sz w:val="17"/>
              </w:rPr>
              <w:t>Player registration no. / team</w:t>
              <w:br/>
              <w:br/>
              <w:t>____________________________</w:t>
            </w:r>
          </w:p>
        </w:tc>
      </w:tr>
      <w:tr>
        <w:tc>
          <w:tcPr>
            <w:tcW w:type="dxa" w:w="5112"/>
            <w:vAlign w:val="center"/>
          </w:tcPr>
          <w:p>
            <w:r>
              <w:rPr>
                <w:rFonts w:ascii="Arial" w:hAnsi="Arial"/>
                <w:b/>
                <w:sz w:val="17"/>
              </w:rPr>
              <w:t>Date submitted</w:t>
              <w:br/>
              <w:br/>
              <w:t>____________________________</w:t>
            </w:r>
          </w:p>
        </w:tc>
        <w:tc>
          <w:tcPr>
            <w:tcW w:type="dxa" w:w="5112"/>
            <w:vAlign w:val="center"/>
          </w:tcPr>
          <w:p>
            <w:r>
              <w:rPr>
                <w:rFonts w:ascii="Arial" w:hAnsi="Arial"/>
                <w:b/>
                <w:sz w:val="17"/>
              </w:rPr>
              <w:t>Safe contact method</w:t>
              <w:br/>
              <w:br/>
              <w:t>____________________________</w:t>
            </w:r>
          </w:p>
        </w:tc>
      </w:tr>
      <w:tr>
        <w:tc>
          <w:tcPr>
            <w:tcW w:type="dxa" w:w="5112"/>
            <w:vAlign w:val="center"/>
          </w:tcPr>
          <w:p>
            <w:r>
              <w:rPr>
                <w:rFonts w:ascii="Arial" w:hAnsi="Arial"/>
                <w:b/>
                <w:sz w:val="17"/>
              </w:rPr>
              <w:t>Person(s) involved (if applicable)</w:t>
              <w:br/>
              <w:br/>
              <w:t>____________________________</w:t>
            </w:r>
          </w:p>
        </w:tc>
        <w:tc>
          <w:tcPr>
            <w:tcW w:type="dxa" w:w="5112"/>
          </w:tcPr>
          <w:p/>
        </w:tc>
      </w:tr>
    </w:tbl>
    <w:p/>
    <w:p>
      <w:pPr>
        <w:spacing w:after="100"/>
      </w:pPr>
      <w:r>
        <w:rPr>
          <w:b/>
        </w:rPr>
        <w:t xml:space="preserve">What happened? Include dates and facts where possible.  </w:t>
      </w:r>
      <w:r>
        <w:t>________________________________________________________________</w:t>
      </w:r>
    </w:p>
    <w:p>
      <w:pPr>
        <w:spacing w:after="100"/>
      </w:pPr>
      <w:r>
        <w:rPr>
          <w:b/>
        </w:rPr>
        <w:t xml:space="preserve">What outcome or support are you seeking?  </w:t>
      </w:r>
      <w:r>
        <w:t>________________________________________________________________</w:t>
      </w:r>
    </w:p>
    <w:p>
      <w:pPr>
        <w:spacing w:after="100"/>
      </w:pPr>
      <w:r>
        <w:rPr>
          <w:b/>
        </w:rPr>
        <w:t xml:space="preserve">Immediate safety concern?  </w:t>
      </w:r>
      <w:r>
        <w:t>________________________________________________________________</w:t>
      </w:r>
    </w:p>
    <w:p>
      <w:pPr>
        <w:spacing w:after="100"/>
      </w:pPr>
      <w:r>
        <w:rPr>
          <w:b/>
        </w:rPr>
        <w:t xml:space="preserve">Who has already been informed?  </w:t>
      </w:r>
      <w:r>
        <w:t>________________________________________________________________</w:t>
      </w:r>
    </w:p>
    <w:p>
      <w:pPr>
        <w:spacing w:after="100"/>
      </w:pPr>
      <w:r>
        <w:rPr>
          <w:b/>
        </w:rPr>
        <w:t xml:space="preserve">Preferred method of follow-up  </w:t>
      </w:r>
      <w:r>
        <w:t>________________________________________________________________</w:t>
      </w:r>
    </w:p>
    <w:p>
      <w:r>
        <w:t>The club should acknowledge the concern, assess any immediate risk, keep information confidential as far as reasonably possible, and use a fair process. Safeguarding concerns should be referred to the designated safeguarding lead.</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Complainant / assisting adult</w:t>
              <w:br/>
              <w:br/>
              <w:t>____________________________</w:t>
            </w:r>
          </w:p>
        </w:tc>
        <w:tc>
          <w:tcPr>
            <w:tcW w:type="dxa" w:w="5112"/>
            <w:vAlign w:val="center"/>
          </w:tcPr>
          <w:p>
            <w:r>
              <w:rPr>
                <w:rFonts w:ascii="Arial" w:hAnsi="Arial"/>
                <w:b/>
                <w:sz w:val="17"/>
              </w:rPr>
              <w:t>Date</w:t>
              <w:br/>
              <w:br/>
              <w:t>____________________________</w:t>
            </w:r>
          </w:p>
        </w:tc>
      </w:tr>
      <w:tr>
        <w:tc>
          <w:tcPr>
            <w:tcW w:type="dxa" w:w="5112"/>
            <w:vAlign w:val="center"/>
          </w:tcPr>
          <w:p>
            <w:r>
              <w:rPr>
                <w:rFonts w:ascii="Arial" w:hAnsi="Arial"/>
                <w:b/>
                <w:sz w:val="17"/>
              </w:rPr>
              <w:t>Receiving officer</w:t>
              <w:br/>
              <w:br/>
              <w:t>____________________________</w:t>
            </w:r>
          </w:p>
        </w:tc>
        <w:tc>
          <w:tcPr>
            <w:tcW w:type="dxa" w:w="5112"/>
            <w:vAlign w:val="center"/>
          </w:tcPr>
          <w:p>
            <w:r>
              <w:rPr>
                <w:rFonts w:ascii="Arial" w:hAnsi="Arial"/>
                <w:b/>
                <w:sz w:val="17"/>
              </w:rPr>
              <w:t>Date</w:t>
              <w:br/>
              <w:br/>
              <w:t>____________________________</w:t>
            </w:r>
          </w:p>
        </w:tc>
      </w:tr>
    </w:tbl>
    <w:p/>
    <w:p>
      <w:r>
        <w:br w:type="page"/>
      </w:r>
    </w:p>
    <w:p>
      <w:pPr>
        <w:jc w:val="center"/>
      </w:pPr>
      <w:r>
        <w:rPr>
          <w:b/>
          <w:color w:val="1F4E79"/>
          <w:sz w:val="26"/>
        </w:rPr>
        <w:t>MERCIA SPORTS DEVELOPMENT FOOTBALL CLUB</w:t>
      </w:r>
    </w:p>
    <w:p>
      <w:pPr>
        <w:jc w:val="center"/>
      </w:pPr>
      <w:r>
        <w:rPr>
          <w:b/>
          <w:sz w:val="30"/>
        </w:rPr>
        <w:t>CLUB CONSTITUTION — STARTER TEMPLATE</w:t>
      </w:r>
    </w:p>
    <w:p>
      <w:pPr>
        <w:jc w:val="center"/>
      </w:pPr>
      <w:r>
        <w:rPr>
          <w:i/>
          <w:sz w:val="16"/>
        </w:rPr>
        <w:t>Document Ref: MSDFC-F35    |    Main base: Imo State, Nigeria    |    Affiliate: Asaba, Delta State</w:t>
      </w:r>
    </w:p>
    <w:p/>
    <w:p>
      <w:r>
        <w:rPr>
          <w:b/>
        </w:rPr>
        <w:t xml:space="preserve">Purpose: </w:t>
      </w:r>
      <w:r>
        <w:t>This is a starter template and should be reviewed and formally adopted by the club's governing body; obtain Nigerian legal advice if registering an entity.</w:t>
      </w:r>
    </w:p>
    <w:p>
      <w:pPr>
        <w:pStyle w:val="Heading2"/>
      </w:pPr>
      <w:r>
        <w:t>1. Name and base</w:t>
      </w:r>
    </w:p>
    <w:p>
      <w:r>
        <w:t>The organisation shall be known as Mercia Sports Development Football Club, with its main base in Imo State, Nigeria, and an affiliate in Asaba, Delta State, subject to the club's approved structure.</w:t>
      </w:r>
    </w:p>
    <w:p>
      <w:pPr>
        <w:pStyle w:val="Heading2"/>
      </w:pPr>
      <w:r>
        <w:t>2. Objectives</w:t>
      </w:r>
    </w:p>
    <w:p>
      <w:r>
        <w:t>☐ Develop football talent across youth and senior age groups.</w:t>
      </w:r>
    </w:p>
    <w:p>
      <w:r>
        <w:t>☐ Provide safe, inclusive, structured coaching and competition opportunities.</w:t>
      </w:r>
    </w:p>
    <w:p>
      <w:r>
        <w:t>☐ Identify and support talented players through ethical scouting and development.</w:t>
      </w:r>
    </w:p>
    <w:p>
      <w:r>
        <w:t>☐ Promote education, discipline, teamwork, fair play, and wellbeing.</w:t>
      </w:r>
    </w:p>
    <w:p>
      <w:r>
        <w:t>☐ Build partnerships with communities, schools, sponsors, and recognised sports bodies.</w:t>
      </w:r>
    </w:p>
    <w:p>
      <w:pPr>
        <w:pStyle w:val="Heading2"/>
      </w:pPr>
      <w:r>
        <w:t>3. Governance</w:t>
      </w:r>
    </w:p>
    <w:p>
      <w:r>
        <w:t>The club shall maintain a governing/management committee, technical department, finance function, safeguarding lead, and records function. Roles, appointment terms, voting procedures, conflicts of interest, and vacancies must be approved and recorded.</w:t>
      </w:r>
    </w:p>
    <w:p>
      <w:pPr>
        <w:pStyle w:val="Heading2"/>
      </w:pPr>
      <w:r>
        <w:t>4. Membership and player participation</w:t>
      </w:r>
    </w:p>
    <w:p>
      <w:r>
        <w:t>Membership categories, admission, fees, suspension, appeals, and termination shall be set by written policy. Player participation and competition registration must comply with applicable rules and safeguarding standards.</w:t>
      </w:r>
    </w:p>
    <w:p>
      <w:pPr>
        <w:pStyle w:val="Heading2"/>
      </w:pPr>
      <w:r>
        <w:t>5. Finance and records</w:t>
      </w:r>
    </w:p>
    <w:p>
      <w:r>
        <w:t>All income and expenditure shall be recorded. Expenditure requires approval under a written delegation policy. Accounts should be reviewed periodically and supporting documents retained securely.</w:t>
      </w:r>
    </w:p>
    <w:p>
      <w:pPr>
        <w:pStyle w:val="Heading2"/>
      </w:pPr>
      <w:r>
        <w:t>6. Safeguarding, conduct and complaints</w:t>
      </w:r>
    </w:p>
    <w:p>
      <w:r>
        <w:t>The club shall maintain safeguarding, anti-bullying, medical emergency, complaints, disciplinary, and data-protection procedures. Concerns shall be handled promptly and fairly.</w:t>
      </w:r>
    </w:p>
    <w:p>
      <w:pPr>
        <w:pStyle w:val="Heading2"/>
      </w:pPr>
      <w:r>
        <w:t>7. Meetings and amendments</w:t>
      </w:r>
    </w:p>
    <w:p>
      <w:r>
        <w:t>The constitution should specify meeting notice, quorum, voting, minutes, amendment procedure, dissolution, and handling of assets upon dissolution.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Adoption meeting date</w:t>
              <w:br/>
              <w:br/>
              <w:t>____________________________</w:t>
            </w:r>
          </w:p>
        </w:tc>
        <w:tc>
          <w:tcPr>
            <w:tcW w:type="dxa" w:w="5112"/>
            <w:vAlign w:val="center"/>
          </w:tcPr>
          <w:p>
            <w:r>
              <w:rPr>
                <w:rFonts w:ascii="Arial" w:hAnsi="Arial"/>
                <w:b/>
                <w:sz w:val="17"/>
              </w:rPr>
              <w:t>Chairperson name/signature</w:t>
              <w:br/>
              <w:br/>
              <w:t>____________________________</w:t>
            </w:r>
          </w:p>
        </w:tc>
      </w:tr>
      <w:tr>
        <w:tc>
          <w:tcPr>
            <w:tcW w:type="dxa" w:w="5112"/>
            <w:vAlign w:val="center"/>
          </w:tcPr>
          <w:p>
            <w:r>
              <w:rPr>
                <w:rFonts w:ascii="Arial" w:hAnsi="Arial"/>
                <w:b/>
                <w:sz w:val="17"/>
              </w:rPr>
              <w:t>Secretary name/signature</w:t>
              <w:br/>
              <w:br/>
              <w:t>____________________________</w:t>
            </w:r>
          </w:p>
        </w:tc>
        <w:tc>
          <w:tcPr>
            <w:tcW w:type="dxa" w:w="5112"/>
            <w:vAlign w:val="center"/>
          </w:tcPr>
          <w:p>
            <w:r>
              <w:rPr>
                <w:rFonts w:ascii="Arial" w:hAnsi="Arial"/>
                <w:b/>
                <w:sz w:val="17"/>
              </w:rPr>
              <w:t>Version / effective date</w:t>
              <w:br/>
              <w:br/>
              <w:t>____________________________</w:t>
            </w:r>
          </w:p>
        </w:tc>
      </w:tr>
    </w:tbl>
    <w:p/>
    <w:p>
      <w:r>
        <w:br w:type="page"/>
      </w:r>
    </w:p>
    <w:p>
      <w:pPr>
        <w:jc w:val="center"/>
      </w:pPr>
      <w:r>
        <w:rPr>
          <w:b/>
          <w:color w:val="1F4E79"/>
          <w:sz w:val="26"/>
        </w:rPr>
        <w:t>MERCIA SPORTS DEVELOPMENT FOOTBALL CLUB</w:t>
      </w:r>
    </w:p>
    <w:p>
      <w:pPr>
        <w:jc w:val="center"/>
      </w:pPr>
      <w:r>
        <w:rPr>
          <w:b/>
          <w:sz w:val="30"/>
        </w:rPr>
        <w:t>ORGANISATIONAL STRUCTURE &amp; ROLE DESCRIPTIONS</w:t>
      </w:r>
    </w:p>
    <w:p>
      <w:pPr>
        <w:jc w:val="center"/>
      </w:pPr>
      <w:r>
        <w:rPr>
          <w:i/>
          <w:sz w:val="16"/>
        </w:rPr>
        <w:t>Document Ref: MSDFC-F36    |    Main base: Imo State, Nigeria    |    Affiliate: Asaba, Delta State</w:t>
      </w:r>
    </w:p>
    <w:p/>
    <w:p>
      <w:r>
        <w:rPr>
          <w:b/>
        </w:rPr>
        <w:t xml:space="preserve">Purpose: </w:t>
      </w:r>
      <w:r>
        <w:t>Proposed structure for club management; names and appointments to be approved by the club.</w:t>
      </w:r>
    </w:p>
    <w:p>
      <w:pPr>
        <w:pStyle w:val="Heading2"/>
      </w:pPr>
      <w:r>
        <w:t>Suggested structure</w:t>
      </w:r>
    </w:p>
    <w:p>
      <w:r>
        <w:rPr>
          <w:b/>
        </w:rPr>
        <w:t xml:space="preserve">Governing Board / Club Executive: </w:t>
      </w:r>
      <w:r>
        <w:t>Approves strategy, annual budget, policies, major partnerships, and accountability arrangements.</w:t>
      </w:r>
    </w:p>
    <w:p>
      <w:r>
        <w:rPr>
          <w:b/>
        </w:rPr>
        <w:t xml:space="preserve">Club Director / General Manager: </w:t>
      </w:r>
      <w:r>
        <w:t>Coordinates day-to-day operations and implements management decisions.</w:t>
      </w:r>
    </w:p>
    <w:p>
      <w:r>
        <w:rPr>
          <w:b/>
        </w:rPr>
        <w:t xml:space="preserve">Academy Manager: </w:t>
      </w:r>
      <w:r>
        <w:t>Oversees academy admissions, age-group coordination, player records, and parent communication.</w:t>
      </w:r>
    </w:p>
    <w:p>
      <w:r>
        <w:rPr>
          <w:b/>
        </w:rPr>
        <w:t xml:space="preserve">Technical Director: </w:t>
      </w:r>
      <w:r>
        <w:t>Leads football philosophy, coaching standards, player assessment, and coach development.</w:t>
      </w:r>
    </w:p>
    <w:p>
      <w:r>
        <w:rPr>
          <w:b/>
        </w:rPr>
        <w:t xml:space="preserve">Head Coaches / Age-Group Coaches: </w:t>
      </w:r>
      <w:r>
        <w:t>Plan and deliver training, select teams fairly, report progress, and maintain attendance.</w:t>
      </w:r>
    </w:p>
    <w:p>
      <w:r>
        <w:rPr>
          <w:b/>
        </w:rPr>
        <w:t xml:space="preserve">Scouting &amp; Recruitment Lead: </w:t>
      </w:r>
      <w:r>
        <w:t>Coordinates ethical talent identification, trials, and scouting reports.</w:t>
      </w:r>
    </w:p>
    <w:p>
      <w:r>
        <w:rPr>
          <w:b/>
        </w:rPr>
        <w:t xml:space="preserve">Club Secretary / Administrator: </w:t>
      </w:r>
      <w:r>
        <w:t>Maintains correspondence, minutes, registrations, and official records.</w:t>
      </w:r>
    </w:p>
    <w:p>
      <w:r>
        <w:rPr>
          <w:b/>
        </w:rPr>
        <w:t xml:space="preserve">Treasurer / Finance Officer: </w:t>
      </w:r>
      <w:r>
        <w:t>Maintains accounts, receipts, budget monitoring, and financial reporting.</w:t>
      </w:r>
    </w:p>
    <w:p>
      <w:r>
        <w:rPr>
          <w:b/>
        </w:rPr>
        <w:t xml:space="preserve">Safeguarding &amp; Welfare Lead: </w:t>
      </w:r>
      <w:r>
        <w:t>Receives welfare concerns, coordinates safe procedures, and escalates concerns appropriately.</w:t>
      </w:r>
    </w:p>
    <w:p>
      <w:r>
        <w:rPr>
          <w:b/>
        </w:rPr>
        <w:t xml:space="preserve">Medical / First-Aid Lead: </w:t>
      </w:r>
      <w:r>
        <w:t>Coordinates first-aid readiness and medical referrals within competence.</w:t>
      </w:r>
    </w:p>
    <w:p>
      <w:r>
        <w:rPr>
          <w:b/>
        </w:rPr>
        <w:t xml:space="preserve">Equipment &amp; Facilities Officer: </w:t>
      </w:r>
      <w:r>
        <w:t>Maintains inventory, kit issue/return, and venue readiness.</w:t>
      </w:r>
    </w:p>
    <w:p>
      <w:r>
        <w:rPr>
          <w:b/>
        </w:rPr>
        <w:t xml:space="preserve">Asaba Affiliate Coordinator: </w:t>
      </w:r>
      <w:r>
        <w:t>Keeps affiliate records and ensures the same policies and reporting standards are followed.</w:t>
      </w:r>
    </w:p>
    <w:p>
      <w:pPr>
        <w:spacing w:after="100"/>
      </w:pPr>
      <w:r>
        <w:rPr>
          <w:b/>
        </w:rPr>
        <w:t xml:space="preserve">Approved structure date  </w:t>
      </w:r>
      <w:r>
        <w:t>________________________________________________________________</w:t>
      </w:r>
    </w:p>
    <w:p>
      <w:pPr>
        <w:spacing w:after="100"/>
      </w:pPr>
      <w:r>
        <w:rPr>
          <w:b/>
        </w:rPr>
        <w:t xml:space="preserve">Approving officer  </w:t>
      </w:r>
      <w:r>
        <w:t>________________________________________________________________</w:t>
      </w:r>
    </w:p>
    <w:p>
      <w:pPr>
        <w:spacing w:after="100"/>
      </w:pPr>
      <w:r>
        <w:rPr>
          <w:b/>
        </w:rPr>
        <w:t xml:space="preserve">Review date  </w:t>
      </w:r>
      <w:r>
        <w:t>________________________________________________________________</w:t>
      </w:r>
    </w:p>
    <w:p>
      <w:r>
        <w:br w:type="page"/>
      </w:r>
    </w:p>
    <w:p>
      <w:pPr>
        <w:jc w:val="center"/>
      </w:pPr>
      <w:r>
        <w:rPr>
          <w:b/>
          <w:color w:val="1F4E79"/>
          <w:sz w:val="26"/>
        </w:rPr>
        <w:t>MERCIA SPORTS DEVELOPMENT FOOTBALL CLUB</w:t>
      </w:r>
    </w:p>
    <w:p>
      <w:pPr>
        <w:jc w:val="center"/>
      </w:pPr>
      <w:r>
        <w:rPr>
          <w:b/>
          <w:sz w:val="30"/>
        </w:rPr>
        <w:t>CLUB RULES &amp; REGULATIONS — STARTER TEMPLATE</w:t>
      </w:r>
    </w:p>
    <w:p>
      <w:pPr>
        <w:jc w:val="center"/>
      </w:pPr>
      <w:r>
        <w:rPr>
          <w:i/>
          <w:sz w:val="16"/>
        </w:rPr>
        <w:t>Document Ref: MSDFC-F37    |    Main base: Imo State, Nigeria    |    Affiliate: Asaba, Delta State</w:t>
      </w:r>
    </w:p>
    <w:p/>
    <w:p>
      <w:r>
        <w:rPr>
          <w:b/>
        </w:rPr>
        <w:t xml:space="preserve">Purpose: </w:t>
      </w:r>
      <w:r>
        <w:t>Adapt, approve, and distribute these rules to players, parents, coaches, and staff.</w:t>
      </w:r>
    </w:p>
    <w:p>
      <w:r>
        <w:t>1. Respect all participants and officials; no bullying, harassment, discrimination, threats, or violence.</w:t>
      </w:r>
    </w:p>
    <w:p>
      <w:r>
        <w:t>2. Follow training schedules, attendance procedures, team instructions, and competition rules.</w:t>
      </w:r>
    </w:p>
    <w:p>
      <w:r>
        <w:t>3. Players must not use another person's identity or submit false age or eligibility documents.</w:t>
      </w:r>
    </w:p>
    <w:p>
      <w:r>
        <w:t>4. Selection should be based on published, relevant sporting and developmental criteria; complaints should be handled fairly.</w:t>
      </w:r>
    </w:p>
    <w:p>
      <w:r>
        <w:t>5. Parents and spectators must behave respectfully and must not interfere with coaching or officiating.</w:t>
      </w:r>
    </w:p>
    <w:p>
      <w:r>
        <w:t>6. Club property must be cared for and returned when requested.</w:t>
      </w:r>
    </w:p>
    <w:p>
      <w:r>
        <w:t>7. Medical concerns and injuries must be reported promptly; no player should be pressured to train while injured or unwell.</w:t>
      </w:r>
    </w:p>
    <w:p>
      <w:r>
        <w:t>8. Adults working with minors must follow safeguarding procedures and appropriate professional boundaries.</w:t>
      </w:r>
    </w:p>
    <w:p>
      <w:r>
        <w:t>9. Fees, waivers, refunds, and any financial obligations must be published in writing after approval.</w:t>
      </w:r>
    </w:p>
    <w:p>
      <w:r>
        <w:t>10. Disciplinary decisions should be proportionate, documented, and allow the affected person an opportunity to respond.</w:t>
      </w:r>
    </w:p>
    <w:p>
      <w:r>
        <w:t>11. Players and staff must not make unauthorised promises on behalf of the club or misrepresent trials, contracts, scholarships, or sponsorships.</w:t>
      </w:r>
    </w:p>
    <w:p>
      <w:r>
        <w:t>12. These rules operate alongside the law and the requirements of relevant football authorities.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Approved by</w:t>
              <w:br/>
              <w:br/>
              <w:t>____________________________</w:t>
            </w:r>
          </w:p>
        </w:tc>
        <w:tc>
          <w:tcPr>
            <w:tcW w:type="dxa" w:w="5112"/>
            <w:vAlign w:val="center"/>
          </w:tcPr>
          <w:p>
            <w:r>
              <w:rPr>
                <w:rFonts w:ascii="Arial" w:hAnsi="Arial"/>
                <w:b/>
                <w:sz w:val="17"/>
              </w:rPr>
              <w:t>Approval date</w:t>
              <w:br/>
              <w:br/>
              <w:t>____________________________</w:t>
            </w:r>
          </w:p>
        </w:tc>
      </w:tr>
      <w:tr>
        <w:tc>
          <w:tcPr>
            <w:tcW w:type="dxa" w:w="5112"/>
            <w:vAlign w:val="center"/>
          </w:tcPr>
          <w:p>
            <w:r>
              <w:rPr>
                <w:rFonts w:ascii="Arial" w:hAnsi="Arial"/>
                <w:b/>
                <w:sz w:val="17"/>
              </w:rPr>
              <w:t>Effective date</w:t>
              <w:br/>
              <w:br/>
              <w:t>____________________________</w:t>
            </w:r>
          </w:p>
        </w:tc>
        <w:tc>
          <w:tcPr>
            <w:tcW w:type="dxa" w:w="5112"/>
            <w:vAlign w:val="center"/>
          </w:tcPr>
          <w:p>
            <w:r>
              <w:rPr>
                <w:rFonts w:ascii="Arial" w:hAnsi="Arial"/>
                <w:b/>
                <w:sz w:val="17"/>
              </w:rPr>
              <w:t>Review date</w:t>
              <w:br/>
              <w:br/>
              <w:t>____________________________</w:t>
            </w:r>
          </w:p>
        </w:tc>
      </w:tr>
    </w:tbl>
    <w:p/>
    <w:p>
      <w:r>
        <w:br w:type="page"/>
      </w:r>
    </w:p>
    <w:p>
      <w:pPr>
        <w:jc w:val="center"/>
      </w:pPr>
      <w:r>
        <w:rPr>
          <w:b/>
          <w:color w:val="1F4E79"/>
          <w:sz w:val="26"/>
        </w:rPr>
        <w:t>MERCIA SPORTS DEVELOPMENT FOOTBALL CLUB</w:t>
      </w:r>
    </w:p>
    <w:p>
      <w:pPr>
        <w:jc w:val="center"/>
      </w:pPr>
      <w:r>
        <w:rPr>
          <w:b/>
          <w:sz w:val="30"/>
        </w:rPr>
        <w:t>PLAYER DEVELOPMENT POLICY — STARTER TEMPLATE</w:t>
      </w:r>
    </w:p>
    <w:p>
      <w:pPr>
        <w:jc w:val="center"/>
      </w:pPr>
      <w:r>
        <w:rPr>
          <w:i/>
          <w:sz w:val="16"/>
        </w:rPr>
        <w:t>Document Ref: MSDFC-F38    |    Main base: Imo State, Nigeria    |    Affiliate: Asaba, Delta State</w:t>
      </w:r>
    </w:p>
    <w:p/>
    <w:p>
      <w:r>
        <w:rPr>
          <w:b/>
        </w:rPr>
        <w:t xml:space="preserve">Purpose: </w:t>
      </w:r>
      <w:r>
        <w:t>A framework for player development across all age groups.</w:t>
      </w:r>
    </w:p>
    <w:p>
      <w:pPr>
        <w:pStyle w:val="Heading2"/>
      </w:pPr>
      <w:r>
        <w:t>Development pathway</w:t>
      </w:r>
    </w:p>
    <w:p>
      <w:r>
        <w:t>Players may progress from introductory grassroots sessions to age-group development, competitive teams, and senior football according to readiness, opportunity, eligibility, and club capacity.</w:t>
      </w:r>
    </w:p>
    <w:p>
      <w:pPr>
        <w:pStyle w:val="Heading2"/>
      </w:pPr>
      <w:r>
        <w:t>Individual development plans</w:t>
      </w:r>
    </w:p>
    <w:p>
      <w:r>
        <w:t>Coaches should set age-appropriate goals and review technical, tactical, physical, social, and behavioural development at regular intervals.</w:t>
      </w:r>
    </w:p>
    <w:p>
      <w:pPr>
        <w:pStyle w:val="Heading2"/>
      </w:pPr>
      <w:r>
        <w:t>Selection and playing time</w:t>
      </w:r>
    </w:p>
    <w:p>
      <w:r>
        <w:t>Selection decisions should be communicated respectfully and based on clear sporting and developmental criteria. For young players, learning, wellbeing, and balanced development should be considered alongside results.</w:t>
      </w:r>
    </w:p>
    <w:p>
      <w:pPr>
        <w:pStyle w:val="Heading2"/>
      </w:pPr>
      <w:r>
        <w:t>Talent identification</w:t>
      </w:r>
    </w:p>
    <w:p>
      <w:r>
        <w:t>Scouting should be honest and documented. The club must not guarantee professional contracts, overseas trials, scholarships, or agent representation.</w:t>
      </w:r>
    </w:p>
    <w:p>
      <w:pPr>
        <w:pStyle w:val="Heading2"/>
      </w:pPr>
      <w:r>
        <w:t>Education and wellbeing</w:t>
      </w:r>
    </w:p>
    <w:p>
      <w:r>
        <w:t>Where practicable, the club should encourage school attendance, rest, nutrition, mental wellbeing, and respectful relationships.</w:t>
      </w:r>
    </w:p>
    <w:p>
      <w:pPr>
        <w:pStyle w:val="Heading2"/>
      </w:pPr>
      <w:r>
        <w:t>Injury and return to play</w:t>
      </w:r>
    </w:p>
    <w:p>
      <w:r>
        <w:t>Return to training after significant injury should be guided by appropriate medical advice and a gradual, safe process.</w:t>
      </w:r>
    </w:p>
    <w:p>
      <w:pPr>
        <w:pStyle w:val="Heading2"/>
      </w:pPr>
      <w:r>
        <w:t>Player movement</w:t>
      </w:r>
    </w:p>
    <w:p>
      <w:r>
        <w:t>Trials, transfers, release, and representation must follow applicable football regulations, written agreements, and guardian requirements for minors.</w:t>
      </w:r>
    </w:p>
    <w:p>
      <w:pPr>
        <w:pStyle w:val="Heading2"/>
      </w:pPr>
      <w:r>
        <w:t>Review and accountability</w:t>
      </w:r>
    </w:p>
    <w:p>
      <w:r>
        <w:t>The Technical Director should review the policy annually and report development outcomes to club management.</w:t>
      </w:r>
    </w:p>
    <w:p>
      <w:pPr>
        <w:spacing w:after="100"/>
      </w:pPr>
      <w:r>
        <w:rPr>
          <w:b/>
        </w:rPr>
        <w:t xml:space="preserve">Policy approved by  </w:t>
      </w:r>
      <w:r>
        <w:t>________________________________________________________________</w:t>
      </w:r>
    </w:p>
    <w:p>
      <w:pPr>
        <w:spacing w:after="100"/>
      </w:pPr>
      <w:r>
        <w:rPr>
          <w:b/>
        </w:rPr>
        <w:t xml:space="preserve">Date  </w:t>
      </w:r>
      <w:r>
        <w:t>________________________________________________________________</w:t>
      </w:r>
    </w:p>
    <w:p>
      <w:pPr>
        <w:spacing w:after="100"/>
      </w:pPr>
      <w:r>
        <w:rPr>
          <w:b/>
        </w:rPr>
        <w:t xml:space="preserve">Next review date  </w:t>
      </w:r>
      <w:r>
        <w:t>________________________________________________________________</w:t>
      </w:r>
    </w:p>
    <w:p>
      <w:r>
        <w:br w:type="page"/>
      </w:r>
    </w:p>
    <w:p>
      <w:pPr>
        <w:jc w:val="center"/>
      </w:pPr>
      <w:r>
        <w:rPr>
          <w:b/>
          <w:color w:val="1F4E79"/>
          <w:sz w:val="26"/>
        </w:rPr>
        <w:t>MERCIA SPORTS DEVELOPMENT FOOTBALL CLUB</w:t>
      </w:r>
    </w:p>
    <w:p>
      <w:pPr>
        <w:jc w:val="center"/>
      </w:pPr>
      <w:r>
        <w:rPr>
          <w:b/>
          <w:sz w:val="30"/>
        </w:rPr>
        <w:t>SPONSORSHIP PROPOSAL CHECKLIST</w:t>
      </w:r>
    </w:p>
    <w:p>
      <w:pPr>
        <w:jc w:val="center"/>
      </w:pPr>
      <w:r>
        <w:rPr>
          <w:i/>
          <w:sz w:val="16"/>
        </w:rPr>
        <w:t>Document Ref: MSDFC-F39    |    Main base: Imo State, Nigeria    |    Affiliate: Asaba, Delta State</w:t>
      </w:r>
    </w:p>
    <w:p/>
    <w:p>
      <w:r>
        <w:rPr>
          <w:b/>
        </w:rPr>
        <w:t xml:space="preserve">Purpose: </w:t>
      </w:r>
      <w:r>
        <w:t>Use this checklist to prepare a tailored proposal for a company, donor, community partner, or institution.</w:t>
      </w:r>
    </w:p>
    <w:p>
      <w:r>
        <w:t>☐ Club profile, objectives, leadership contacts, and registration/affiliation status (as applicable).</w:t>
      </w:r>
    </w:p>
    <w:p>
      <w:r>
        <w:t>☐ Clear programme description: academy, youth development, senior team, scouting, and community impact.</w:t>
      </w:r>
    </w:p>
    <w:p>
      <w:r>
        <w:t>☐ Specific sponsorship request and itemised budget.</w:t>
      </w:r>
    </w:p>
    <w:p>
      <w:r>
        <w:t>☐ Proposed sponsor benefits: agreed logo placement, acknowledgement, community activation, reports, and approved media exposure.</w:t>
      </w:r>
    </w:p>
    <w:p>
      <w:r>
        <w:t>☐ Clear deliverables, duration, exclusivity (if any), and approval of brand use.</w:t>
      </w:r>
    </w:p>
    <w:p>
      <w:r>
        <w:t>☐ Safeguarding and child-image consent arrangements for youth programmes.</w:t>
      </w:r>
    </w:p>
    <w:p>
      <w:r>
        <w:t>☐ Financial controls, reporting schedule, and evidence of how funds or equipment will be used.</w:t>
      </w:r>
    </w:p>
    <w:p>
      <w:r>
        <w:t>☐ Risk management, event safety, and publicity plan.</w:t>
      </w:r>
    </w:p>
    <w:p>
      <w:r>
        <w:t>☐ Contact details for the authorised club representative.</w:t>
      </w:r>
    </w:p>
    <w:p>
      <w:r>
        <w:t>☐ Draft agreement or memorandum of understanding for material partnerships.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rFonts w:ascii="Arial" w:hAnsi="Arial"/>
                <w:b/>
                <w:sz w:val="17"/>
              </w:rPr>
              <w:t>Target sponsor / partner</w:t>
              <w:br/>
              <w:br/>
              <w:t>____________________________</w:t>
            </w:r>
          </w:p>
        </w:tc>
        <w:tc>
          <w:tcPr>
            <w:tcW w:type="dxa" w:w="5112"/>
            <w:vAlign w:val="center"/>
          </w:tcPr>
          <w:p>
            <w:r>
              <w:rPr>
                <w:rFonts w:ascii="Arial" w:hAnsi="Arial"/>
                <w:b/>
                <w:sz w:val="17"/>
              </w:rPr>
              <w:t>Amount or in-kind support requested</w:t>
              <w:br/>
              <w:br/>
              <w:t>____________________________</w:t>
            </w:r>
          </w:p>
        </w:tc>
      </w:tr>
      <w:tr>
        <w:tc>
          <w:tcPr>
            <w:tcW w:type="dxa" w:w="5112"/>
            <w:vAlign w:val="center"/>
          </w:tcPr>
          <w:p>
            <w:r>
              <w:rPr>
                <w:rFonts w:ascii="Arial" w:hAnsi="Arial"/>
                <w:b/>
                <w:sz w:val="17"/>
              </w:rPr>
              <w:t>Proposal owner</w:t>
              <w:br/>
              <w:br/>
              <w:t>____________________________</w:t>
            </w:r>
          </w:p>
        </w:tc>
        <w:tc>
          <w:tcPr>
            <w:tcW w:type="dxa" w:w="5112"/>
            <w:vAlign w:val="center"/>
          </w:tcPr>
          <w:p>
            <w:r>
              <w:rPr>
                <w:rFonts w:ascii="Arial" w:hAnsi="Arial"/>
                <w:b/>
                <w:sz w:val="17"/>
              </w:rPr>
              <w:t>Submission date</w:t>
              <w:br/>
              <w:br/>
              <w:t>____________________________</w:t>
            </w:r>
          </w:p>
        </w:tc>
      </w:tr>
      <w:tr>
        <w:tc>
          <w:tcPr>
            <w:tcW w:type="dxa" w:w="5112"/>
            <w:vAlign w:val="center"/>
          </w:tcPr>
          <w:p>
            <w:r>
              <w:rPr>
                <w:rFonts w:ascii="Arial" w:hAnsi="Arial"/>
                <w:b/>
                <w:sz w:val="17"/>
              </w:rPr>
              <w:t>Follow-up date</w:t>
              <w:br/>
              <w:br/>
              <w:t>____________________________</w:t>
            </w:r>
          </w:p>
        </w:tc>
        <w:tc>
          <w:tcPr>
            <w:tcW w:type="dxa" w:w="5112"/>
          </w:tcPr>
          <w:p/>
        </w:tc>
      </w:tr>
    </w:tbl>
    <w:p/>
    <w:p>
      <w:r>
        <w:br w:type="page"/>
      </w:r>
    </w:p>
    <w:p>
      <w:pPr>
        <w:pStyle w:val="Heading1"/>
      </w:pPr>
      <w:r>
        <w:t>IMPLEMENTATION CHECKLIST FOR MANAGEMENT</w:t>
      </w:r>
    </w:p>
    <w:p>
      <w:r>
        <w:t>☐ Approve the club name, logo, motto, official address, and authorised signatories.</w:t>
      </w:r>
    </w:p>
    <w:p>
      <w:r>
        <w:t>☐ Confirm the exact relationship and authority between the Imo State base and Asaba affiliate.</w:t>
      </w:r>
    </w:p>
    <w:p>
      <w:r>
        <w:t>☐ Approve registration fees and any monthly subscriptions in writing; enter amounts only after approval.</w:t>
      </w:r>
    </w:p>
    <w:p>
      <w:r>
        <w:t>☐ Appoint a club administrator, treasurer, technical director, and safeguarding/welfare lead.</w:t>
      </w:r>
    </w:p>
    <w:p>
      <w:r>
        <w:t>☐ Approve the constitution, code of conduct, safeguarding policy, complaints procedure, and financial controls.</w:t>
      </w:r>
    </w:p>
    <w:p>
      <w:r>
        <w:t>☐ Set up secure physical or digital folders for player, staff, medical, safeguarding, and finance records.</w:t>
      </w:r>
    </w:p>
    <w:p>
      <w:r>
        <w:t>☐ Use a unique registration number for each player and a reference number for each incident and financial transaction.</w:t>
      </w:r>
    </w:p>
    <w:p>
      <w:r>
        <w:t>☐ Train relevant staff on completing forms, confidentiality, child safeguarding, and incident escalation.</w:t>
      </w:r>
    </w:p>
    <w:p>
      <w:r>
        <w:t>☐ Check affiliation, competition, transfer, and licensing requirements with the relevant football authority before entering official competitions.</w:t>
      </w:r>
    </w:p>
    <w:p>
      <w:r>
        <w:t>☐ Review the pack annually and update forms when club operations or rules change.</w:t>
      </w:r>
    </w:p>
    <w:p>
      <w:r>
        <w:t>Important: This pack is an operational template, not legal advice or proof of football association affiliation. Have the club's governing body approve the documents and seek qualified Nigerian legal or football-administration advice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i/>
        <w:sz w:val="14"/>
      </w:rPr>
      <w:t>MERСIA SPORTS DEVELOPMENT FOOTBALL CLUB | Official Administrative Forms Pack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